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CBAEB" w14:textId="5F0DC5C4" w:rsidR="009F2968" w:rsidRPr="00323DA4" w:rsidRDefault="00000000">
      <w:pPr>
        <w:pStyle w:val="Title"/>
        <w:rPr>
          <w:sz w:val="32"/>
          <w:szCs w:val="32"/>
        </w:rPr>
      </w:pPr>
      <w:r>
        <w:t>Personal Record Sheet:</w:t>
      </w:r>
      <w:r w:rsidR="00816772">
        <w:t xml:space="preserve"> Number….</w:t>
      </w:r>
      <w:r w:rsidR="00323DA4">
        <w:t xml:space="preserve">   </w:t>
      </w:r>
      <w:r w:rsidR="00323DA4" w:rsidRPr="00323DA4">
        <w:rPr>
          <w:sz w:val="32"/>
          <w:szCs w:val="32"/>
        </w:rPr>
        <w:t>[</w:t>
      </w:r>
      <w:r w:rsidR="00323DA4">
        <w:rPr>
          <w:sz w:val="32"/>
          <w:szCs w:val="32"/>
        </w:rPr>
        <w:t>to</w:t>
      </w:r>
      <w:r w:rsidR="00323DA4" w:rsidRPr="00323DA4">
        <w:rPr>
          <w:sz w:val="32"/>
          <w:szCs w:val="32"/>
        </w:rPr>
        <w:t xml:space="preserve"> be adapted to the individual]</w:t>
      </w:r>
    </w:p>
    <w:p w14:paraId="421BCD2C" w14:textId="77777777" w:rsidR="009F2968" w:rsidRDefault="00000000">
      <w:pPr>
        <w:pStyle w:val="Heading1"/>
      </w:pPr>
      <w:r>
        <w:t>1. Basic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4"/>
        <w:gridCol w:w="2944"/>
        <w:gridCol w:w="3946"/>
        <w:gridCol w:w="3712"/>
      </w:tblGrid>
      <w:tr w:rsidR="001228A2" w:rsidRPr="001228A2" w14:paraId="6AF17718" w14:textId="7C7F7C8A" w:rsidTr="001228A2">
        <w:tc>
          <w:tcPr>
            <w:tcW w:w="2574" w:type="dxa"/>
            <w:shd w:val="clear" w:color="auto" w:fill="0070C0"/>
          </w:tcPr>
          <w:p w14:paraId="3F9AD7F1" w14:textId="77777777" w:rsidR="001228A2" w:rsidRPr="001228A2" w:rsidRDefault="001228A2">
            <w:pPr>
              <w:rPr>
                <w:b/>
                <w:bCs/>
                <w:color w:val="FFFFFF" w:themeColor="background1"/>
              </w:rPr>
            </w:pPr>
            <w:bookmarkStart w:id="0" w:name="_Hlk199749206"/>
            <w:r w:rsidRPr="001228A2">
              <w:rPr>
                <w:b/>
                <w:bCs/>
                <w:color w:val="FFFFFF" w:themeColor="background1"/>
              </w:rPr>
              <w:t>Field</w:t>
            </w:r>
          </w:p>
        </w:tc>
        <w:tc>
          <w:tcPr>
            <w:tcW w:w="6890" w:type="dxa"/>
            <w:gridSpan w:val="2"/>
            <w:shd w:val="clear" w:color="auto" w:fill="0070C0"/>
          </w:tcPr>
          <w:p w14:paraId="325B12EA" w14:textId="77777777" w:rsidR="001228A2" w:rsidRPr="001228A2" w:rsidRDefault="001228A2">
            <w:pPr>
              <w:rPr>
                <w:b/>
                <w:bCs/>
                <w:color w:val="FFFFFF" w:themeColor="background1"/>
              </w:rPr>
            </w:pPr>
            <w:r w:rsidRPr="001228A2">
              <w:rPr>
                <w:b/>
                <w:bCs/>
                <w:color w:val="FFFFFF" w:themeColor="background1"/>
              </w:rPr>
              <w:t>Information</w:t>
            </w:r>
          </w:p>
        </w:tc>
        <w:tc>
          <w:tcPr>
            <w:tcW w:w="3712" w:type="dxa"/>
            <w:shd w:val="clear" w:color="auto" w:fill="0070C0"/>
          </w:tcPr>
          <w:p w14:paraId="41D9B2B1" w14:textId="31DCC9EA" w:rsidR="001228A2" w:rsidRPr="001228A2" w:rsidRDefault="001228A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Data Source</w:t>
            </w:r>
            <w:r w:rsidR="00323DA4">
              <w:rPr>
                <w:b/>
                <w:bCs/>
                <w:color w:val="FFFFFF" w:themeColor="background1"/>
              </w:rPr>
              <w:t>/Citation</w:t>
            </w:r>
          </w:p>
        </w:tc>
      </w:tr>
      <w:bookmarkEnd w:id="0"/>
      <w:tr w:rsidR="001228A2" w14:paraId="6DFA71EB" w14:textId="57A9142E" w:rsidTr="001228A2">
        <w:tc>
          <w:tcPr>
            <w:tcW w:w="2574" w:type="dxa"/>
          </w:tcPr>
          <w:p w14:paraId="4C72B6A0" w14:textId="77777777" w:rsidR="001228A2" w:rsidRDefault="001228A2">
            <w:r>
              <w:t>Full Name</w:t>
            </w:r>
          </w:p>
        </w:tc>
        <w:tc>
          <w:tcPr>
            <w:tcW w:w="6890" w:type="dxa"/>
            <w:gridSpan w:val="2"/>
          </w:tcPr>
          <w:p w14:paraId="67D4E8F8" w14:textId="77777777" w:rsidR="001228A2" w:rsidRDefault="001228A2"/>
        </w:tc>
        <w:tc>
          <w:tcPr>
            <w:tcW w:w="3712" w:type="dxa"/>
          </w:tcPr>
          <w:p w14:paraId="0C78076C" w14:textId="77777777" w:rsidR="001228A2" w:rsidRDefault="001228A2"/>
        </w:tc>
      </w:tr>
      <w:tr w:rsidR="001228A2" w14:paraId="598625F1" w14:textId="73C1847C" w:rsidTr="001228A2">
        <w:tc>
          <w:tcPr>
            <w:tcW w:w="2574" w:type="dxa"/>
          </w:tcPr>
          <w:p w14:paraId="3BF13FEE" w14:textId="77777777" w:rsidR="001228A2" w:rsidRDefault="001228A2">
            <w:r>
              <w:t>Known Aliases / Nicknames</w:t>
            </w:r>
          </w:p>
        </w:tc>
        <w:tc>
          <w:tcPr>
            <w:tcW w:w="6890" w:type="dxa"/>
            <w:gridSpan w:val="2"/>
          </w:tcPr>
          <w:p w14:paraId="312E552B" w14:textId="77777777" w:rsidR="001228A2" w:rsidRDefault="001228A2"/>
        </w:tc>
        <w:tc>
          <w:tcPr>
            <w:tcW w:w="3712" w:type="dxa"/>
          </w:tcPr>
          <w:p w14:paraId="62048979" w14:textId="77777777" w:rsidR="001228A2" w:rsidRDefault="001228A2"/>
        </w:tc>
      </w:tr>
      <w:tr w:rsidR="001228A2" w14:paraId="76DB0843" w14:textId="631ACDAF" w:rsidTr="001228A2">
        <w:tc>
          <w:tcPr>
            <w:tcW w:w="2574" w:type="dxa"/>
          </w:tcPr>
          <w:p w14:paraId="0A6A67CB" w14:textId="4728B164" w:rsidR="001228A2" w:rsidRDefault="001228A2">
            <w:r>
              <w:t>Date of Birth &amp; Place of Birth</w:t>
            </w:r>
          </w:p>
        </w:tc>
        <w:tc>
          <w:tcPr>
            <w:tcW w:w="2944" w:type="dxa"/>
          </w:tcPr>
          <w:p w14:paraId="19C3FA42" w14:textId="77777777" w:rsidR="001228A2" w:rsidRDefault="001228A2"/>
        </w:tc>
        <w:tc>
          <w:tcPr>
            <w:tcW w:w="3946" w:type="dxa"/>
          </w:tcPr>
          <w:p w14:paraId="2F1C9709" w14:textId="65982B5A" w:rsidR="001228A2" w:rsidRDefault="001228A2"/>
        </w:tc>
        <w:tc>
          <w:tcPr>
            <w:tcW w:w="3712" w:type="dxa"/>
          </w:tcPr>
          <w:p w14:paraId="16518D8A" w14:textId="77777777" w:rsidR="001228A2" w:rsidRDefault="001228A2"/>
        </w:tc>
      </w:tr>
      <w:tr w:rsidR="001228A2" w14:paraId="3B4DF255" w14:textId="51AFAE3D" w:rsidTr="001228A2">
        <w:tc>
          <w:tcPr>
            <w:tcW w:w="2574" w:type="dxa"/>
          </w:tcPr>
          <w:p w14:paraId="4BD8E3EE" w14:textId="30E199B0" w:rsidR="001228A2" w:rsidRDefault="001228A2">
            <w:r>
              <w:t>Baptism Date &amp; Place</w:t>
            </w:r>
          </w:p>
        </w:tc>
        <w:tc>
          <w:tcPr>
            <w:tcW w:w="2944" w:type="dxa"/>
          </w:tcPr>
          <w:p w14:paraId="7DAE3FAD" w14:textId="77777777" w:rsidR="001228A2" w:rsidRDefault="001228A2"/>
        </w:tc>
        <w:tc>
          <w:tcPr>
            <w:tcW w:w="3946" w:type="dxa"/>
          </w:tcPr>
          <w:p w14:paraId="5AAD0963" w14:textId="1D45111D" w:rsidR="001228A2" w:rsidRDefault="001228A2"/>
        </w:tc>
        <w:tc>
          <w:tcPr>
            <w:tcW w:w="3712" w:type="dxa"/>
          </w:tcPr>
          <w:p w14:paraId="5BBC4275" w14:textId="77777777" w:rsidR="001228A2" w:rsidRDefault="001228A2"/>
        </w:tc>
      </w:tr>
      <w:tr w:rsidR="001228A2" w14:paraId="46B08B44" w14:textId="0202B6BD" w:rsidTr="001228A2">
        <w:tc>
          <w:tcPr>
            <w:tcW w:w="2574" w:type="dxa"/>
          </w:tcPr>
          <w:p w14:paraId="5E7C49B3" w14:textId="17077E60" w:rsidR="001228A2" w:rsidRDefault="001228A2">
            <w:r>
              <w:t>Name of Spouse</w:t>
            </w:r>
            <w:r w:rsidR="00816772">
              <w:t xml:space="preserve"> [see 3]</w:t>
            </w:r>
          </w:p>
        </w:tc>
        <w:tc>
          <w:tcPr>
            <w:tcW w:w="6890" w:type="dxa"/>
            <w:gridSpan w:val="2"/>
          </w:tcPr>
          <w:p w14:paraId="61243FCD" w14:textId="77777777" w:rsidR="001228A2" w:rsidRDefault="001228A2"/>
        </w:tc>
        <w:tc>
          <w:tcPr>
            <w:tcW w:w="3712" w:type="dxa"/>
          </w:tcPr>
          <w:p w14:paraId="3D2920EA" w14:textId="77777777" w:rsidR="001228A2" w:rsidRDefault="001228A2"/>
        </w:tc>
      </w:tr>
      <w:tr w:rsidR="001228A2" w14:paraId="4A8DD1B9" w14:textId="6DE089F3" w:rsidTr="001228A2">
        <w:tc>
          <w:tcPr>
            <w:tcW w:w="2574" w:type="dxa"/>
          </w:tcPr>
          <w:p w14:paraId="7DDB89D7" w14:textId="46A48728" w:rsidR="001228A2" w:rsidRDefault="001228A2">
            <w:r>
              <w:t>Date of Death and place</w:t>
            </w:r>
          </w:p>
        </w:tc>
        <w:tc>
          <w:tcPr>
            <w:tcW w:w="2944" w:type="dxa"/>
          </w:tcPr>
          <w:p w14:paraId="446BE416" w14:textId="77777777" w:rsidR="001228A2" w:rsidRDefault="001228A2"/>
        </w:tc>
        <w:tc>
          <w:tcPr>
            <w:tcW w:w="3946" w:type="dxa"/>
          </w:tcPr>
          <w:p w14:paraId="6A43EAA6" w14:textId="559B5DD7" w:rsidR="001228A2" w:rsidRDefault="001228A2"/>
        </w:tc>
        <w:tc>
          <w:tcPr>
            <w:tcW w:w="3712" w:type="dxa"/>
          </w:tcPr>
          <w:p w14:paraId="5A19110F" w14:textId="77777777" w:rsidR="001228A2" w:rsidRDefault="001228A2"/>
        </w:tc>
      </w:tr>
      <w:tr w:rsidR="001228A2" w14:paraId="02A633AA" w14:textId="0EB047F1" w:rsidTr="001228A2">
        <w:tc>
          <w:tcPr>
            <w:tcW w:w="2574" w:type="dxa"/>
          </w:tcPr>
          <w:p w14:paraId="25C2914C" w14:textId="353EDA59" w:rsidR="001228A2" w:rsidRDefault="001228A2">
            <w:r>
              <w:t>Burial / Cremation Date &amp; place</w:t>
            </w:r>
          </w:p>
        </w:tc>
        <w:tc>
          <w:tcPr>
            <w:tcW w:w="2944" w:type="dxa"/>
          </w:tcPr>
          <w:p w14:paraId="066C7EC5" w14:textId="77777777" w:rsidR="001228A2" w:rsidRDefault="001228A2"/>
        </w:tc>
        <w:tc>
          <w:tcPr>
            <w:tcW w:w="3946" w:type="dxa"/>
          </w:tcPr>
          <w:p w14:paraId="344CD578" w14:textId="5FC0E70B" w:rsidR="001228A2" w:rsidRDefault="001228A2"/>
        </w:tc>
        <w:tc>
          <w:tcPr>
            <w:tcW w:w="3712" w:type="dxa"/>
          </w:tcPr>
          <w:p w14:paraId="1BC493B6" w14:textId="77777777" w:rsidR="001228A2" w:rsidRDefault="001228A2"/>
        </w:tc>
      </w:tr>
      <w:tr w:rsidR="00816772" w14:paraId="04ED3200" w14:textId="77777777" w:rsidTr="001228A2">
        <w:tc>
          <w:tcPr>
            <w:tcW w:w="2574" w:type="dxa"/>
          </w:tcPr>
          <w:p w14:paraId="3DDE04AD" w14:textId="3772C694" w:rsidR="00816772" w:rsidRDefault="00816772">
            <w:r>
              <w:t>Religious Denomination</w:t>
            </w:r>
          </w:p>
        </w:tc>
        <w:tc>
          <w:tcPr>
            <w:tcW w:w="2944" w:type="dxa"/>
          </w:tcPr>
          <w:p w14:paraId="0966294F" w14:textId="77777777" w:rsidR="00816772" w:rsidRDefault="00816772"/>
        </w:tc>
        <w:tc>
          <w:tcPr>
            <w:tcW w:w="3946" w:type="dxa"/>
          </w:tcPr>
          <w:p w14:paraId="2F4B619D" w14:textId="77777777" w:rsidR="00816772" w:rsidRDefault="00816772"/>
        </w:tc>
        <w:tc>
          <w:tcPr>
            <w:tcW w:w="3712" w:type="dxa"/>
          </w:tcPr>
          <w:p w14:paraId="79EC9A6D" w14:textId="77777777" w:rsidR="00816772" w:rsidRDefault="00816772"/>
        </w:tc>
      </w:tr>
      <w:tr w:rsidR="00492330" w14:paraId="2F6FC45E" w14:textId="77777777" w:rsidTr="001228A2">
        <w:tc>
          <w:tcPr>
            <w:tcW w:w="2574" w:type="dxa"/>
          </w:tcPr>
          <w:p w14:paraId="40B0CA48" w14:textId="36698016" w:rsidR="00492330" w:rsidRDefault="00492330">
            <w:r>
              <w:t>Physical Description</w:t>
            </w:r>
          </w:p>
        </w:tc>
        <w:tc>
          <w:tcPr>
            <w:tcW w:w="2944" w:type="dxa"/>
          </w:tcPr>
          <w:p w14:paraId="594D1548" w14:textId="77777777" w:rsidR="00492330" w:rsidRDefault="00492330"/>
        </w:tc>
        <w:tc>
          <w:tcPr>
            <w:tcW w:w="3946" w:type="dxa"/>
          </w:tcPr>
          <w:p w14:paraId="7D364A63" w14:textId="77777777" w:rsidR="00492330" w:rsidRDefault="00492330"/>
        </w:tc>
        <w:tc>
          <w:tcPr>
            <w:tcW w:w="3712" w:type="dxa"/>
          </w:tcPr>
          <w:p w14:paraId="26D0B300" w14:textId="77777777" w:rsidR="00492330" w:rsidRDefault="00492330"/>
        </w:tc>
      </w:tr>
    </w:tbl>
    <w:p w14:paraId="2580C01D" w14:textId="77777777" w:rsidR="009F2968" w:rsidRDefault="00000000">
      <w:pPr>
        <w:pStyle w:val="Heading1"/>
      </w:pPr>
      <w:r>
        <w:t>2. Family Details - Parents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1985"/>
        <w:gridCol w:w="3827"/>
        <w:gridCol w:w="3685"/>
      </w:tblGrid>
      <w:tr w:rsidR="001228A2" w:rsidRPr="001228A2" w14:paraId="500378DE" w14:textId="77777777" w:rsidTr="001228A2">
        <w:tc>
          <w:tcPr>
            <w:tcW w:w="3652" w:type="dxa"/>
            <w:shd w:val="clear" w:color="auto" w:fill="0070C0"/>
          </w:tcPr>
          <w:p w14:paraId="7D043232" w14:textId="77777777" w:rsidR="001228A2" w:rsidRPr="001228A2" w:rsidRDefault="001228A2" w:rsidP="00721BD4">
            <w:pPr>
              <w:rPr>
                <w:b/>
                <w:bCs/>
                <w:color w:val="FFFFFF" w:themeColor="background1"/>
              </w:rPr>
            </w:pPr>
            <w:r w:rsidRPr="001228A2">
              <w:rPr>
                <w:b/>
                <w:bCs/>
                <w:color w:val="FFFFFF" w:themeColor="background1"/>
              </w:rPr>
              <w:t>Field</w:t>
            </w:r>
          </w:p>
        </w:tc>
        <w:tc>
          <w:tcPr>
            <w:tcW w:w="5812" w:type="dxa"/>
            <w:gridSpan w:val="2"/>
            <w:shd w:val="clear" w:color="auto" w:fill="0070C0"/>
          </w:tcPr>
          <w:p w14:paraId="2506B5DB" w14:textId="77777777" w:rsidR="001228A2" w:rsidRPr="001228A2" w:rsidRDefault="001228A2" w:rsidP="00721BD4">
            <w:pPr>
              <w:rPr>
                <w:b/>
                <w:bCs/>
                <w:color w:val="FFFFFF" w:themeColor="background1"/>
              </w:rPr>
            </w:pPr>
            <w:r w:rsidRPr="001228A2">
              <w:rPr>
                <w:b/>
                <w:bCs/>
                <w:color w:val="FFFFFF" w:themeColor="background1"/>
              </w:rPr>
              <w:t>Information</w:t>
            </w:r>
          </w:p>
        </w:tc>
        <w:tc>
          <w:tcPr>
            <w:tcW w:w="3685" w:type="dxa"/>
            <w:shd w:val="clear" w:color="auto" w:fill="0070C0"/>
          </w:tcPr>
          <w:p w14:paraId="0D7B589F" w14:textId="129F9389" w:rsidR="001228A2" w:rsidRPr="001228A2" w:rsidRDefault="001228A2" w:rsidP="00721BD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Data Source</w:t>
            </w:r>
            <w:r w:rsidR="00323DA4">
              <w:rPr>
                <w:b/>
                <w:bCs/>
                <w:color w:val="FFFFFF" w:themeColor="background1"/>
              </w:rPr>
              <w:t>/Citation</w:t>
            </w:r>
          </w:p>
        </w:tc>
      </w:tr>
      <w:tr w:rsidR="001228A2" w14:paraId="32EFDDB6" w14:textId="364975B1" w:rsidTr="001228A2">
        <w:tc>
          <w:tcPr>
            <w:tcW w:w="3652" w:type="dxa"/>
          </w:tcPr>
          <w:p w14:paraId="0E8E5CBB" w14:textId="4DF69DCB" w:rsidR="001228A2" w:rsidRDefault="001228A2">
            <w:r>
              <w:t>Father’s Name</w:t>
            </w:r>
            <w:r w:rsidR="00323DA4">
              <w:t xml:space="preserve"> &amp; sheet number</w:t>
            </w:r>
          </w:p>
        </w:tc>
        <w:tc>
          <w:tcPr>
            <w:tcW w:w="5812" w:type="dxa"/>
            <w:gridSpan w:val="2"/>
          </w:tcPr>
          <w:p w14:paraId="06883898" w14:textId="77777777" w:rsidR="001228A2" w:rsidRDefault="001228A2"/>
        </w:tc>
        <w:tc>
          <w:tcPr>
            <w:tcW w:w="3685" w:type="dxa"/>
          </w:tcPr>
          <w:p w14:paraId="3B34D740" w14:textId="77777777" w:rsidR="001228A2" w:rsidRDefault="001228A2"/>
        </w:tc>
      </w:tr>
      <w:tr w:rsidR="001228A2" w14:paraId="16FF76E3" w14:textId="753284D1" w:rsidTr="001228A2">
        <w:tc>
          <w:tcPr>
            <w:tcW w:w="3652" w:type="dxa"/>
          </w:tcPr>
          <w:p w14:paraId="37195553" w14:textId="77777777" w:rsidR="001228A2" w:rsidRDefault="001228A2">
            <w:r>
              <w:t>Date &amp; Place of Birth</w:t>
            </w:r>
          </w:p>
        </w:tc>
        <w:tc>
          <w:tcPr>
            <w:tcW w:w="1985" w:type="dxa"/>
          </w:tcPr>
          <w:p w14:paraId="6882003B" w14:textId="77777777" w:rsidR="001228A2" w:rsidRDefault="001228A2"/>
        </w:tc>
        <w:tc>
          <w:tcPr>
            <w:tcW w:w="3827" w:type="dxa"/>
          </w:tcPr>
          <w:p w14:paraId="61EB328F" w14:textId="3FC44B1A" w:rsidR="001228A2" w:rsidRDefault="001228A2"/>
        </w:tc>
        <w:tc>
          <w:tcPr>
            <w:tcW w:w="3685" w:type="dxa"/>
          </w:tcPr>
          <w:p w14:paraId="2E1E4C93" w14:textId="77777777" w:rsidR="001228A2" w:rsidRDefault="001228A2"/>
        </w:tc>
      </w:tr>
      <w:tr w:rsidR="001228A2" w14:paraId="7BD39255" w14:textId="5B6C669D" w:rsidTr="001228A2">
        <w:tc>
          <w:tcPr>
            <w:tcW w:w="3652" w:type="dxa"/>
          </w:tcPr>
          <w:p w14:paraId="61809B42" w14:textId="77777777" w:rsidR="001228A2" w:rsidRDefault="001228A2">
            <w:r>
              <w:t>Date &amp; Place of Death</w:t>
            </w:r>
          </w:p>
        </w:tc>
        <w:tc>
          <w:tcPr>
            <w:tcW w:w="1985" w:type="dxa"/>
          </w:tcPr>
          <w:p w14:paraId="5886703C" w14:textId="77777777" w:rsidR="001228A2" w:rsidRDefault="001228A2"/>
        </w:tc>
        <w:tc>
          <w:tcPr>
            <w:tcW w:w="3827" w:type="dxa"/>
          </w:tcPr>
          <w:p w14:paraId="1DD1270B" w14:textId="21BC86A7" w:rsidR="001228A2" w:rsidRDefault="001228A2"/>
        </w:tc>
        <w:tc>
          <w:tcPr>
            <w:tcW w:w="3685" w:type="dxa"/>
          </w:tcPr>
          <w:p w14:paraId="68A96C40" w14:textId="77777777" w:rsidR="001228A2" w:rsidRDefault="001228A2"/>
        </w:tc>
      </w:tr>
      <w:tr w:rsidR="001228A2" w14:paraId="3EB12F6C" w14:textId="46AABD93" w:rsidTr="001228A2">
        <w:tc>
          <w:tcPr>
            <w:tcW w:w="3652" w:type="dxa"/>
          </w:tcPr>
          <w:p w14:paraId="7EA1AFB3" w14:textId="77777777" w:rsidR="001228A2" w:rsidRDefault="001228A2">
            <w:r>
              <w:t>Occupation</w:t>
            </w:r>
          </w:p>
        </w:tc>
        <w:tc>
          <w:tcPr>
            <w:tcW w:w="1985" w:type="dxa"/>
          </w:tcPr>
          <w:p w14:paraId="36D20394" w14:textId="77777777" w:rsidR="001228A2" w:rsidRDefault="001228A2"/>
        </w:tc>
        <w:tc>
          <w:tcPr>
            <w:tcW w:w="3827" w:type="dxa"/>
          </w:tcPr>
          <w:p w14:paraId="1BDE6ABA" w14:textId="449F8584" w:rsidR="001228A2" w:rsidRDefault="001228A2"/>
        </w:tc>
        <w:tc>
          <w:tcPr>
            <w:tcW w:w="3685" w:type="dxa"/>
          </w:tcPr>
          <w:p w14:paraId="1F378094" w14:textId="77777777" w:rsidR="001228A2" w:rsidRDefault="001228A2"/>
        </w:tc>
      </w:tr>
      <w:tr w:rsidR="001228A2" w14:paraId="59E64C35" w14:textId="2F4C6EE1" w:rsidTr="001228A2">
        <w:tc>
          <w:tcPr>
            <w:tcW w:w="3652" w:type="dxa"/>
          </w:tcPr>
          <w:p w14:paraId="2E751183" w14:textId="138BEA32" w:rsidR="001228A2" w:rsidRDefault="001228A2">
            <w:r>
              <w:t xml:space="preserve">Mother’s </w:t>
            </w:r>
            <w:r w:rsidR="00323DA4">
              <w:t xml:space="preserve">Full </w:t>
            </w:r>
            <w:r>
              <w:t xml:space="preserve">Name </w:t>
            </w:r>
            <w:r w:rsidR="00323DA4">
              <w:t>&amp; sheet number</w:t>
            </w:r>
          </w:p>
        </w:tc>
        <w:tc>
          <w:tcPr>
            <w:tcW w:w="5812" w:type="dxa"/>
            <w:gridSpan w:val="2"/>
          </w:tcPr>
          <w:p w14:paraId="5C2D88CF" w14:textId="77777777" w:rsidR="001228A2" w:rsidRDefault="001228A2"/>
        </w:tc>
        <w:tc>
          <w:tcPr>
            <w:tcW w:w="3685" w:type="dxa"/>
          </w:tcPr>
          <w:p w14:paraId="224681A9" w14:textId="77777777" w:rsidR="001228A2" w:rsidRDefault="001228A2"/>
        </w:tc>
      </w:tr>
      <w:tr w:rsidR="001228A2" w14:paraId="67FC0CEF" w14:textId="05E8F4A8" w:rsidTr="001228A2">
        <w:tc>
          <w:tcPr>
            <w:tcW w:w="3652" w:type="dxa"/>
          </w:tcPr>
          <w:p w14:paraId="73067361" w14:textId="77777777" w:rsidR="001228A2" w:rsidRDefault="001228A2">
            <w:r>
              <w:t>Date &amp; Place of Birth</w:t>
            </w:r>
          </w:p>
        </w:tc>
        <w:tc>
          <w:tcPr>
            <w:tcW w:w="1985" w:type="dxa"/>
          </w:tcPr>
          <w:p w14:paraId="27965599" w14:textId="77777777" w:rsidR="001228A2" w:rsidRDefault="001228A2"/>
        </w:tc>
        <w:tc>
          <w:tcPr>
            <w:tcW w:w="3827" w:type="dxa"/>
          </w:tcPr>
          <w:p w14:paraId="5985402E" w14:textId="353AB09D" w:rsidR="001228A2" w:rsidRDefault="001228A2"/>
        </w:tc>
        <w:tc>
          <w:tcPr>
            <w:tcW w:w="3685" w:type="dxa"/>
          </w:tcPr>
          <w:p w14:paraId="54FE96B7" w14:textId="77777777" w:rsidR="001228A2" w:rsidRDefault="001228A2"/>
        </w:tc>
      </w:tr>
      <w:tr w:rsidR="001228A2" w14:paraId="41371723" w14:textId="77777777" w:rsidTr="001228A2">
        <w:tc>
          <w:tcPr>
            <w:tcW w:w="3652" w:type="dxa"/>
          </w:tcPr>
          <w:p w14:paraId="54F113C1" w14:textId="3F683388" w:rsidR="001228A2" w:rsidRDefault="001228A2">
            <w:r>
              <w:t>Date &amp; Place Marriage</w:t>
            </w:r>
          </w:p>
        </w:tc>
        <w:tc>
          <w:tcPr>
            <w:tcW w:w="1985" w:type="dxa"/>
          </w:tcPr>
          <w:p w14:paraId="3CABDFDC" w14:textId="77777777" w:rsidR="001228A2" w:rsidRDefault="001228A2"/>
        </w:tc>
        <w:tc>
          <w:tcPr>
            <w:tcW w:w="3827" w:type="dxa"/>
          </w:tcPr>
          <w:p w14:paraId="3F8FC528" w14:textId="43D77B8E" w:rsidR="001228A2" w:rsidRDefault="001228A2"/>
        </w:tc>
        <w:tc>
          <w:tcPr>
            <w:tcW w:w="3685" w:type="dxa"/>
          </w:tcPr>
          <w:p w14:paraId="098B548B" w14:textId="77777777" w:rsidR="001228A2" w:rsidRDefault="001228A2"/>
        </w:tc>
      </w:tr>
      <w:tr w:rsidR="001228A2" w14:paraId="206A834A" w14:textId="45E8C179" w:rsidTr="001228A2">
        <w:tc>
          <w:tcPr>
            <w:tcW w:w="3652" w:type="dxa"/>
          </w:tcPr>
          <w:p w14:paraId="4B892010" w14:textId="77777777" w:rsidR="001228A2" w:rsidRDefault="001228A2">
            <w:r>
              <w:t>Date &amp; Place of Death</w:t>
            </w:r>
          </w:p>
        </w:tc>
        <w:tc>
          <w:tcPr>
            <w:tcW w:w="1985" w:type="dxa"/>
          </w:tcPr>
          <w:p w14:paraId="6B770F81" w14:textId="77777777" w:rsidR="001228A2" w:rsidRDefault="001228A2"/>
        </w:tc>
        <w:tc>
          <w:tcPr>
            <w:tcW w:w="3827" w:type="dxa"/>
          </w:tcPr>
          <w:p w14:paraId="669FED96" w14:textId="614692B5" w:rsidR="001228A2" w:rsidRDefault="001228A2"/>
        </w:tc>
        <w:tc>
          <w:tcPr>
            <w:tcW w:w="3685" w:type="dxa"/>
          </w:tcPr>
          <w:p w14:paraId="0D531461" w14:textId="77777777" w:rsidR="001228A2" w:rsidRDefault="001228A2"/>
        </w:tc>
      </w:tr>
      <w:tr w:rsidR="001228A2" w14:paraId="7D1291AB" w14:textId="47418369" w:rsidTr="001228A2">
        <w:tc>
          <w:tcPr>
            <w:tcW w:w="3652" w:type="dxa"/>
          </w:tcPr>
          <w:p w14:paraId="313B61A9" w14:textId="77777777" w:rsidR="001228A2" w:rsidRDefault="001228A2">
            <w:r>
              <w:t>Occupation</w:t>
            </w:r>
          </w:p>
        </w:tc>
        <w:tc>
          <w:tcPr>
            <w:tcW w:w="5812" w:type="dxa"/>
            <w:gridSpan w:val="2"/>
          </w:tcPr>
          <w:p w14:paraId="4E1E5793" w14:textId="77777777" w:rsidR="001228A2" w:rsidRDefault="001228A2"/>
        </w:tc>
        <w:tc>
          <w:tcPr>
            <w:tcW w:w="3685" w:type="dxa"/>
          </w:tcPr>
          <w:p w14:paraId="375B397F" w14:textId="77777777" w:rsidR="001228A2" w:rsidRDefault="001228A2"/>
        </w:tc>
      </w:tr>
    </w:tbl>
    <w:p w14:paraId="4C6B4335" w14:textId="77777777" w:rsidR="009F2968" w:rsidRDefault="00000000">
      <w:pPr>
        <w:pStyle w:val="Heading1"/>
      </w:pPr>
      <w:r>
        <w:lastRenderedPageBreak/>
        <w:t>2. Family Details - Siblings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160"/>
        <w:gridCol w:w="7"/>
        <w:gridCol w:w="2977"/>
        <w:gridCol w:w="3685"/>
        <w:gridCol w:w="27"/>
      </w:tblGrid>
      <w:tr w:rsidR="001228A2" w:rsidRPr="001228A2" w14:paraId="3ED2AE02" w14:textId="77777777" w:rsidTr="001228A2">
        <w:tc>
          <w:tcPr>
            <w:tcW w:w="4320" w:type="dxa"/>
            <w:shd w:val="clear" w:color="auto" w:fill="0070C0"/>
          </w:tcPr>
          <w:p w14:paraId="41BA1D96" w14:textId="77777777" w:rsidR="001228A2" w:rsidRPr="001228A2" w:rsidRDefault="001228A2" w:rsidP="00721BD4">
            <w:pPr>
              <w:rPr>
                <w:b/>
                <w:bCs/>
                <w:color w:val="FFFFFF" w:themeColor="background1"/>
              </w:rPr>
            </w:pPr>
            <w:r w:rsidRPr="001228A2">
              <w:rPr>
                <w:b/>
                <w:bCs/>
                <w:color w:val="FFFFFF" w:themeColor="background1"/>
              </w:rPr>
              <w:t>Field</w:t>
            </w:r>
          </w:p>
        </w:tc>
        <w:tc>
          <w:tcPr>
            <w:tcW w:w="5144" w:type="dxa"/>
            <w:gridSpan w:val="3"/>
            <w:shd w:val="clear" w:color="auto" w:fill="0070C0"/>
          </w:tcPr>
          <w:p w14:paraId="1C0DE966" w14:textId="77777777" w:rsidR="001228A2" w:rsidRPr="001228A2" w:rsidRDefault="001228A2" w:rsidP="00721BD4">
            <w:pPr>
              <w:rPr>
                <w:b/>
                <w:bCs/>
                <w:color w:val="FFFFFF" w:themeColor="background1"/>
              </w:rPr>
            </w:pPr>
            <w:r w:rsidRPr="001228A2">
              <w:rPr>
                <w:b/>
                <w:bCs/>
                <w:color w:val="FFFFFF" w:themeColor="background1"/>
              </w:rPr>
              <w:t>Information</w:t>
            </w:r>
          </w:p>
        </w:tc>
        <w:tc>
          <w:tcPr>
            <w:tcW w:w="3712" w:type="dxa"/>
            <w:gridSpan w:val="2"/>
            <w:shd w:val="clear" w:color="auto" w:fill="0070C0"/>
          </w:tcPr>
          <w:p w14:paraId="5CBFA2BA" w14:textId="72D34ADE" w:rsidR="001228A2" w:rsidRPr="001228A2" w:rsidRDefault="001228A2" w:rsidP="00721BD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Data Source</w:t>
            </w:r>
            <w:r w:rsidR="00323DA4">
              <w:rPr>
                <w:b/>
                <w:bCs/>
                <w:color w:val="FFFFFF" w:themeColor="background1"/>
              </w:rPr>
              <w:t>/Citation</w:t>
            </w:r>
          </w:p>
        </w:tc>
      </w:tr>
      <w:tr w:rsidR="001228A2" w14:paraId="394EB080" w14:textId="35303174" w:rsidTr="00816772">
        <w:trPr>
          <w:gridAfter w:val="1"/>
          <w:wAfter w:w="27" w:type="dxa"/>
        </w:trPr>
        <w:tc>
          <w:tcPr>
            <w:tcW w:w="4320" w:type="dxa"/>
          </w:tcPr>
          <w:p w14:paraId="4D1941A5" w14:textId="77777777" w:rsidR="001228A2" w:rsidRDefault="001228A2">
            <w:r>
              <w:t>Sibling 1 - Name</w:t>
            </w:r>
          </w:p>
        </w:tc>
        <w:tc>
          <w:tcPr>
            <w:tcW w:w="5144" w:type="dxa"/>
            <w:gridSpan w:val="3"/>
          </w:tcPr>
          <w:p w14:paraId="5CF83679" w14:textId="77777777" w:rsidR="001228A2" w:rsidRDefault="001228A2"/>
        </w:tc>
        <w:tc>
          <w:tcPr>
            <w:tcW w:w="3685" w:type="dxa"/>
          </w:tcPr>
          <w:p w14:paraId="14E5F56D" w14:textId="77777777" w:rsidR="001228A2" w:rsidRDefault="001228A2"/>
        </w:tc>
      </w:tr>
      <w:tr w:rsidR="001228A2" w14:paraId="17548A07" w14:textId="5505189C" w:rsidTr="00816772">
        <w:trPr>
          <w:gridAfter w:val="1"/>
          <w:wAfter w:w="27" w:type="dxa"/>
        </w:trPr>
        <w:tc>
          <w:tcPr>
            <w:tcW w:w="4320" w:type="dxa"/>
          </w:tcPr>
          <w:p w14:paraId="1AD5F199" w14:textId="77777777" w:rsidR="001228A2" w:rsidRDefault="001228A2">
            <w:r>
              <w:t>Date &amp; Place of Birth</w:t>
            </w:r>
          </w:p>
        </w:tc>
        <w:tc>
          <w:tcPr>
            <w:tcW w:w="2160" w:type="dxa"/>
          </w:tcPr>
          <w:p w14:paraId="1A405AEC" w14:textId="77777777" w:rsidR="001228A2" w:rsidRDefault="001228A2"/>
        </w:tc>
        <w:tc>
          <w:tcPr>
            <w:tcW w:w="2984" w:type="dxa"/>
            <w:gridSpan w:val="2"/>
          </w:tcPr>
          <w:p w14:paraId="1CA23EEB" w14:textId="0FF08C3B" w:rsidR="001228A2" w:rsidRDefault="001228A2"/>
        </w:tc>
        <w:tc>
          <w:tcPr>
            <w:tcW w:w="3685" w:type="dxa"/>
          </w:tcPr>
          <w:p w14:paraId="3F8DF37C" w14:textId="77777777" w:rsidR="001228A2" w:rsidRDefault="001228A2"/>
        </w:tc>
      </w:tr>
      <w:tr w:rsidR="001228A2" w14:paraId="46013BF8" w14:textId="43C2BB95" w:rsidTr="00816772">
        <w:trPr>
          <w:gridAfter w:val="1"/>
          <w:wAfter w:w="27" w:type="dxa"/>
        </w:trPr>
        <w:tc>
          <w:tcPr>
            <w:tcW w:w="4320" w:type="dxa"/>
          </w:tcPr>
          <w:p w14:paraId="213FDB0D" w14:textId="11D25CA3" w:rsidR="001228A2" w:rsidRDefault="001228A2">
            <w:r>
              <w:t>Date &amp; Place of Death</w:t>
            </w:r>
          </w:p>
        </w:tc>
        <w:tc>
          <w:tcPr>
            <w:tcW w:w="2160" w:type="dxa"/>
          </w:tcPr>
          <w:p w14:paraId="3CB43191" w14:textId="77777777" w:rsidR="001228A2" w:rsidRDefault="001228A2"/>
        </w:tc>
        <w:tc>
          <w:tcPr>
            <w:tcW w:w="2984" w:type="dxa"/>
            <w:gridSpan w:val="2"/>
          </w:tcPr>
          <w:p w14:paraId="29C35784" w14:textId="45CF4C70" w:rsidR="001228A2" w:rsidRDefault="001228A2"/>
        </w:tc>
        <w:tc>
          <w:tcPr>
            <w:tcW w:w="3685" w:type="dxa"/>
          </w:tcPr>
          <w:p w14:paraId="20A30D4F" w14:textId="77777777" w:rsidR="001228A2" w:rsidRDefault="001228A2"/>
        </w:tc>
      </w:tr>
      <w:tr w:rsidR="001228A2" w14:paraId="26BB9156" w14:textId="2A4262CC" w:rsidTr="00816772">
        <w:trPr>
          <w:gridAfter w:val="1"/>
          <w:wAfter w:w="27" w:type="dxa"/>
        </w:trPr>
        <w:tc>
          <w:tcPr>
            <w:tcW w:w="4320" w:type="dxa"/>
          </w:tcPr>
          <w:p w14:paraId="38666AD7" w14:textId="77777777" w:rsidR="001228A2" w:rsidRDefault="001228A2">
            <w:r>
              <w:t>Other Notes</w:t>
            </w:r>
          </w:p>
        </w:tc>
        <w:tc>
          <w:tcPr>
            <w:tcW w:w="5144" w:type="dxa"/>
            <w:gridSpan w:val="3"/>
          </w:tcPr>
          <w:p w14:paraId="4C1D9A76" w14:textId="77777777" w:rsidR="001228A2" w:rsidRDefault="001228A2"/>
        </w:tc>
        <w:tc>
          <w:tcPr>
            <w:tcW w:w="3685" w:type="dxa"/>
          </w:tcPr>
          <w:p w14:paraId="4FD4F071" w14:textId="77777777" w:rsidR="001228A2" w:rsidRDefault="001228A2"/>
        </w:tc>
      </w:tr>
      <w:tr w:rsidR="001228A2" w14:paraId="12E9A660" w14:textId="37191211" w:rsidTr="00816772">
        <w:trPr>
          <w:gridAfter w:val="1"/>
          <w:wAfter w:w="27" w:type="dxa"/>
        </w:trPr>
        <w:tc>
          <w:tcPr>
            <w:tcW w:w="4320" w:type="dxa"/>
          </w:tcPr>
          <w:p w14:paraId="04C35C60" w14:textId="77777777" w:rsidR="001228A2" w:rsidRDefault="001228A2">
            <w:r>
              <w:t>Sibling 2 - Name</w:t>
            </w:r>
          </w:p>
        </w:tc>
        <w:tc>
          <w:tcPr>
            <w:tcW w:w="5144" w:type="dxa"/>
            <w:gridSpan w:val="3"/>
          </w:tcPr>
          <w:p w14:paraId="55BB70F7" w14:textId="77777777" w:rsidR="001228A2" w:rsidRDefault="001228A2"/>
        </w:tc>
        <w:tc>
          <w:tcPr>
            <w:tcW w:w="3685" w:type="dxa"/>
          </w:tcPr>
          <w:p w14:paraId="57D6E90C" w14:textId="77777777" w:rsidR="001228A2" w:rsidRDefault="001228A2"/>
        </w:tc>
      </w:tr>
      <w:tr w:rsidR="00816772" w14:paraId="7658C290" w14:textId="6AB74726" w:rsidTr="00816772">
        <w:trPr>
          <w:gridAfter w:val="1"/>
          <w:wAfter w:w="27" w:type="dxa"/>
        </w:trPr>
        <w:tc>
          <w:tcPr>
            <w:tcW w:w="4320" w:type="dxa"/>
          </w:tcPr>
          <w:p w14:paraId="28A060E8" w14:textId="77777777" w:rsidR="00816772" w:rsidRDefault="00816772">
            <w:r>
              <w:t>Date &amp; Place of Birth</w:t>
            </w:r>
          </w:p>
        </w:tc>
        <w:tc>
          <w:tcPr>
            <w:tcW w:w="2167" w:type="dxa"/>
            <w:gridSpan w:val="2"/>
          </w:tcPr>
          <w:p w14:paraId="30CF564D" w14:textId="77777777" w:rsidR="00816772" w:rsidRDefault="00816772"/>
        </w:tc>
        <w:tc>
          <w:tcPr>
            <w:tcW w:w="2977" w:type="dxa"/>
          </w:tcPr>
          <w:p w14:paraId="2BB26851" w14:textId="5626FD46" w:rsidR="00816772" w:rsidRDefault="00816772"/>
        </w:tc>
        <w:tc>
          <w:tcPr>
            <w:tcW w:w="3685" w:type="dxa"/>
          </w:tcPr>
          <w:p w14:paraId="14317C30" w14:textId="77777777" w:rsidR="00816772" w:rsidRDefault="00816772"/>
        </w:tc>
      </w:tr>
      <w:tr w:rsidR="00816772" w14:paraId="505CAE5F" w14:textId="4975E8D2" w:rsidTr="00816772">
        <w:trPr>
          <w:gridAfter w:val="1"/>
          <w:wAfter w:w="27" w:type="dxa"/>
        </w:trPr>
        <w:tc>
          <w:tcPr>
            <w:tcW w:w="4320" w:type="dxa"/>
          </w:tcPr>
          <w:p w14:paraId="462D1808" w14:textId="4E388E6A" w:rsidR="00816772" w:rsidRDefault="00816772">
            <w:r>
              <w:t xml:space="preserve">Date &amp; Place of Death </w:t>
            </w:r>
          </w:p>
        </w:tc>
        <w:tc>
          <w:tcPr>
            <w:tcW w:w="2167" w:type="dxa"/>
            <w:gridSpan w:val="2"/>
          </w:tcPr>
          <w:p w14:paraId="39AF6F76" w14:textId="77777777" w:rsidR="00816772" w:rsidRDefault="00816772"/>
        </w:tc>
        <w:tc>
          <w:tcPr>
            <w:tcW w:w="2977" w:type="dxa"/>
          </w:tcPr>
          <w:p w14:paraId="4AFFBF5A" w14:textId="60626451" w:rsidR="00816772" w:rsidRDefault="00816772"/>
        </w:tc>
        <w:tc>
          <w:tcPr>
            <w:tcW w:w="3685" w:type="dxa"/>
          </w:tcPr>
          <w:p w14:paraId="4B71A0A5" w14:textId="77777777" w:rsidR="00816772" w:rsidRDefault="00816772"/>
        </w:tc>
      </w:tr>
      <w:tr w:rsidR="001228A2" w14:paraId="45703510" w14:textId="612CCA68" w:rsidTr="00816772">
        <w:trPr>
          <w:gridAfter w:val="1"/>
          <w:wAfter w:w="27" w:type="dxa"/>
        </w:trPr>
        <w:tc>
          <w:tcPr>
            <w:tcW w:w="4320" w:type="dxa"/>
          </w:tcPr>
          <w:p w14:paraId="0E9A41B7" w14:textId="77777777" w:rsidR="001228A2" w:rsidRDefault="001228A2">
            <w:r>
              <w:t>Other Notes</w:t>
            </w:r>
          </w:p>
        </w:tc>
        <w:tc>
          <w:tcPr>
            <w:tcW w:w="5144" w:type="dxa"/>
            <w:gridSpan w:val="3"/>
          </w:tcPr>
          <w:p w14:paraId="4ED7BCBB" w14:textId="77777777" w:rsidR="001228A2" w:rsidRDefault="001228A2"/>
        </w:tc>
        <w:tc>
          <w:tcPr>
            <w:tcW w:w="3685" w:type="dxa"/>
          </w:tcPr>
          <w:p w14:paraId="0E5DEA46" w14:textId="77777777" w:rsidR="001228A2" w:rsidRDefault="001228A2"/>
        </w:tc>
      </w:tr>
    </w:tbl>
    <w:p w14:paraId="7CB08C90" w14:textId="1587F8AD" w:rsidR="009F2968" w:rsidRDefault="00000000">
      <w:pPr>
        <w:pStyle w:val="Heading1"/>
      </w:pPr>
      <w:r>
        <w:t>3. Marriages - Spouse(s)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4961"/>
        <w:gridCol w:w="5670"/>
      </w:tblGrid>
      <w:tr w:rsidR="00816772" w:rsidRPr="001228A2" w14:paraId="7126D24A" w14:textId="77777777" w:rsidTr="00253C25">
        <w:tc>
          <w:tcPr>
            <w:tcW w:w="2518" w:type="dxa"/>
            <w:shd w:val="clear" w:color="auto" w:fill="0070C0"/>
          </w:tcPr>
          <w:p w14:paraId="217EE31B" w14:textId="77777777" w:rsidR="00816772" w:rsidRPr="001228A2" w:rsidRDefault="00816772" w:rsidP="00721BD4">
            <w:pPr>
              <w:rPr>
                <w:b/>
                <w:bCs/>
                <w:color w:val="FFFFFF" w:themeColor="background1"/>
              </w:rPr>
            </w:pPr>
            <w:bookmarkStart w:id="1" w:name="_Hlk199749577"/>
            <w:r w:rsidRPr="001228A2">
              <w:rPr>
                <w:b/>
                <w:bCs/>
                <w:color w:val="FFFFFF" w:themeColor="background1"/>
              </w:rPr>
              <w:t>Field</w:t>
            </w:r>
          </w:p>
        </w:tc>
        <w:tc>
          <w:tcPr>
            <w:tcW w:w="4961" w:type="dxa"/>
            <w:shd w:val="clear" w:color="auto" w:fill="0070C0"/>
          </w:tcPr>
          <w:p w14:paraId="1BDB48B8" w14:textId="3F68B378" w:rsidR="00816772" w:rsidRPr="001228A2" w:rsidRDefault="00816772" w:rsidP="00721BD4">
            <w:pPr>
              <w:rPr>
                <w:b/>
                <w:bCs/>
                <w:color w:val="FFFFFF" w:themeColor="background1"/>
              </w:rPr>
            </w:pPr>
            <w:r w:rsidRPr="001228A2">
              <w:rPr>
                <w:b/>
                <w:bCs/>
                <w:color w:val="FFFFFF" w:themeColor="background1"/>
              </w:rPr>
              <w:t>Information</w:t>
            </w:r>
          </w:p>
        </w:tc>
        <w:tc>
          <w:tcPr>
            <w:tcW w:w="5670" w:type="dxa"/>
            <w:shd w:val="clear" w:color="auto" w:fill="0070C0"/>
          </w:tcPr>
          <w:p w14:paraId="46818061" w14:textId="68B7715B" w:rsidR="00816772" w:rsidRPr="001228A2" w:rsidRDefault="00816772" w:rsidP="00721BD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Data Source</w:t>
            </w:r>
            <w:r w:rsidR="00253C25">
              <w:rPr>
                <w:b/>
                <w:bCs/>
                <w:color w:val="FFFFFF" w:themeColor="background1"/>
              </w:rPr>
              <w:t xml:space="preserve">/ </w:t>
            </w:r>
            <w:r w:rsidR="00323DA4">
              <w:rPr>
                <w:b/>
                <w:bCs/>
                <w:color w:val="FFFFFF" w:themeColor="background1"/>
              </w:rPr>
              <w:t>Citation</w:t>
            </w:r>
          </w:p>
        </w:tc>
      </w:tr>
      <w:bookmarkEnd w:id="1"/>
      <w:tr w:rsidR="00816772" w14:paraId="24DE787C" w14:textId="2CEE0D1E" w:rsidTr="00253C25">
        <w:tc>
          <w:tcPr>
            <w:tcW w:w="2518" w:type="dxa"/>
          </w:tcPr>
          <w:p w14:paraId="0CBCB59A" w14:textId="0A21C9EA" w:rsidR="00816772" w:rsidRDefault="00323DA4">
            <w:r>
              <w:t xml:space="preserve">Full </w:t>
            </w:r>
            <w:r w:rsidR="00816772">
              <w:t>Name</w:t>
            </w:r>
            <w:r w:rsidR="00253C25">
              <w:t xml:space="preserve"> of Spouse</w:t>
            </w:r>
          </w:p>
        </w:tc>
        <w:tc>
          <w:tcPr>
            <w:tcW w:w="4961" w:type="dxa"/>
          </w:tcPr>
          <w:p w14:paraId="3E8F91F0" w14:textId="77777777" w:rsidR="00816772" w:rsidRDefault="00816772"/>
        </w:tc>
        <w:tc>
          <w:tcPr>
            <w:tcW w:w="5670" w:type="dxa"/>
          </w:tcPr>
          <w:p w14:paraId="4379F710" w14:textId="77777777" w:rsidR="00816772" w:rsidRDefault="00816772"/>
        </w:tc>
      </w:tr>
      <w:tr w:rsidR="00816772" w14:paraId="20B0FABC" w14:textId="3907FF5F" w:rsidTr="00253C25">
        <w:tc>
          <w:tcPr>
            <w:tcW w:w="2518" w:type="dxa"/>
          </w:tcPr>
          <w:p w14:paraId="05C0EDCA" w14:textId="77777777" w:rsidR="00816772" w:rsidRDefault="00816772">
            <w:r>
              <w:t>Date of Marriage</w:t>
            </w:r>
          </w:p>
        </w:tc>
        <w:tc>
          <w:tcPr>
            <w:tcW w:w="4961" w:type="dxa"/>
          </w:tcPr>
          <w:p w14:paraId="556F0F76" w14:textId="77777777" w:rsidR="00816772" w:rsidRDefault="00816772"/>
        </w:tc>
        <w:tc>
          <w:tcPr>
            <w:tcW w:w="5670" w:type="dxa"/>
          </w:tcPr>
          <w:p w14:paraId="02DCC232" w14:textId="77777777" w:rsidR="00816772" w:rsidRDefault="00816772"/>
        </w:tc>
      </w:tr>
      <w:tr w:rsidR="00816772" w14:paraId="05967B81" w14:textId="6A12B41B" w:rsidTr="00253C25">
        <w:tc>
          <w:tcPr>
            <w:tcW w:w="2518" w:type="dxa"/>
          </w:tcPr>
          <w:p w14:paraId="408FC21B" w14:textId="77777777" w:rsidR="00816772" w:rsidRDefault="00816772">
            <w:r>
              <w:t>Place of Marriage</w:t>
            </w:r>
          </w:p>
        </w:tc>
        <w:tc>
          <w:tcPr>
            <w:tcW w:w="4961" w:type="dxa"/>
          </w:tcPr>
          <w:p w14:paraId="66166E68" w14:textId="77777777" w:rsidR="00816772" w:rsidRDefault="00816772"/>
        </w:tc>
        <w:tc>
          <w:tcPr>
            <w:tcW w:w="5670" w:type="dxa"/>
          </w:tcPr>
          <w:p w14:paraId="6A9455A3" w14:textId="77777777" w:rsidR="00816772" w:rsidRDefault="00816772"/>
        </w:tc>
      </w:tr>
      <w:tr w:rsidR="00816772" w14:paraId="6A99EAFC" w14:textId="57A63949" w:rsidTr="00253C25">
        <w:tc>
          <w:tcPr>
            <w:tcW w:w="2518" w:type="dxa"/>
          </w:tcPr>
          <w:p w14:paraId="790CB0AB" w14:textId="77777777" w:rsidR="00816772" w:rsidRDefault="00816772">
            <w:r>
              <w:t>Other Information (e.g. occupation, religion)</w:t>
            </w:r>
          </w:p>
        </w:tc>
        <w:tc>
          <w:tcPr>
            <w:tcW w:w="4961" w:type="dxa"/>
          </w:tcPr>
          <w:p w14:paraId="76E281C9" w14:textId="77777777" w:rsidR="00816772" w:rsidRDefault="00816772"/>
        </w:tc>
        <w:tc>
          <w:tcPr>
            <w:tcW w:w="5670" w:type="dxa"/>
          </w:tcPr>
          <w:p w14:paraId="1EF09504" w14:textId="77777777" w:rsidR="00816772" w:rsidRDefault="00816772"/>
        </w:tc>
      </w:tr>
      <w:tr w:rsidR="00323DA4" w14:paraId="3122BBF9" w14:textId="77777777" w:rsidTr="00253C25">
        <w:tc>
          <w:tcPr>
            <w:tcW w:w="2518" w:type="dxa"/>
          </w:tcPr>
          <w:p w14:paraId="109EF234" w14:textId="16D0C5BF" w:rsidR="00323DA4" w:rsidRDefault="00323DA4">
            <w:r>
              <w:t>Sheet number</w:t>
            </w:r>
          </w:p>
        </w:tc>
        <w:tc>
          <w:tcPr>
            <w:tcW w:w="4961" w:type="dxa"/>
          </w:tcPr>
          <w:p w14:paraId="3CBE61FF" w14:textId="77777777" w:rsidR="00323DA4" w:rsidRDefault="00323DA4"/>
        </w:tc>
        <w:tc>
          <w:tcPr>
            <w:tcW w:w="5670" w:type="dxa"/>
          </w:tcPr>
          <w:p w14:paraId="6EC25ACF" w14:textId="77777777" w:rsidR="00323DA4" w:rsidRDefault="00323DA4"/>
        </w:tc>
      </w:tr>
    </w:tbl>
    <w:p w14:paraId="2DD8C633" w14:textId="1C5BC97C" w:rsidR="009F2968" w:rsidRDefault="00000000">
      <w:pPr>
        <w:pStyle w:val="Heading1"/>
      </w:pPr>
      <w:r>
        <w:t>3. Children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3132"/>
        <w:gridCol w:w="3132"/>
        <w:gridCol w:w="4509"/>
      </w:tblGrid>
      <w:tr w:rsidR="00816772" w:rsidRPr="001228A2" w14:paraId="39B94214" w14:textId="77777777" w:rsidTr="00816772">
        <w:tc>
          <w:tcPr>
            <w:tcW w:w="2376" w:type="dxa"/>
            <w:shd w:val="clear" w:color="auto" w:fill="0070C0"/>
          </w:tcPr>
          <w:p w14:paraId="4ACB760E" w14:textId="77777777" w:rsidR="00816772" w:rsidRPr="001228A2" w:rsidRDefault="00816772" w:rsidP="00721BD4">
            <w:pPr>
              <w:rPr>
                <w:b/>
                <w:bCs/>
                <w:color w:val="FFFFFF" w:themeColor="background1"/>
              </w:rPr>
            </w:pPr>
            <w:r w:rsidRPr="001228A2">
              <w:rPr>
                <w:b/>
                <w:bCs/>
                <w:color w:val="FFFFFF" w:themeColor="background1"/>
              </w:rPr>
              <w:t>Field</w:t>
            </w:r>
          </w:p>
        </w:tc>
        <w:tc>
          <w:tcPr>
            <w:tcW w:w="6264" w:type="dxa"/>
            <w:gridSpan w:val="2"/>
            <w:shd w:val="clear" w:color="auto" w:fill="0070C0"/>
          </w:tcPr>
          <w:p w14:paraId="7A7CCE26" w14:textId="77777777" w:rsidR="00816772" w:rsidRPr="001228A2" w:rsidRDefault="00816772" w:rsidP="00721BD4">
            <w:pPr>
              <w:rPr>
                <w:b/>
                <w:bCs/>
                <w:color w:val="FFFFFF" w:themeColor="background1"/>
              </w:rPr>
            </w:pPr>
            <w:r w:rsidRPr="001228A2">
              <w:rPr>
                <w:b/>
                <w:bCs/>
                <w:color w:val="FFFFFF" w:themeColor="background1"/>
              </w:rPr>
              <w:t>Information</w:t>
            </w:r>
          </w:p>
        </w:tc>
        <w:tc>
          <w:tcPr>
            <w:tcW w:w="4509" w:type="dxa"/>
            <w:shd w:val="clear" w:color="auto" w:fill="0070C0"/>
          </w:tcPr>
          <w:p w14:paraId="20FD8A8F" w14:textId="70325C12" w:rsidR="00816772" w:rsidRPr="001228A2" w:rsidRDefault="00816772" w:rsidP="00721BD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Data Source</w:t>
            </w:r>
            <w:r w:rsidR="00253C25">
              <w:rPr>
                <w:b/>
                <w:bCs/>
                <w:color w:val="FFFFFF" w:themeColor="background1"/>
              </w:rPr>
              <w:t>/Citation</w:t>
            </w:r>
          </w:p>
        </w:tc>
      </w:tr>
      <w:tr w:rsidR="00816772" w14:paraId="6933291F" w14:textId="14344867" w:rsidTr="00816772">
        <w:tc>
          <w:tcPr>
            <w:tcW w:w="2376" w:type="dxa"/>
          </w:tcPr>
          <w:p w14:paraId="05A5EC89" w14:textId="77777777" w:rsidR="00816772" w:rsidRDefault="00816772">
            <w:r>
              <w:t>Child 1 - Name</w:t>
            </w:r>
          </w:p>
        </w:tc>
        <w:tc>
          <w:tcPr>
            <w:tcW w:w="6264" w:type="dxa"/>
            <w:gridSpan w:val="2"/>
          </w:tcPr>
          <w:p w14:paraId="49700315" w14:textId="77777777" w:rsidR="00816772" w:rsidRDefault="00816772"/>
        </w:tc>
        <w:tc>
          <w:tcPr>
            <w:tcW w:w="4509" w:type="dxa"/>
          </w:tcPr>
          <w:p w14:paraId="34CA65F2" w14:textId="77777777" w:rsidR="00816772" w:rsidRDefault="00816772"/>
        </w:tc>
      </w:tr>
      <w:tr w:rsidR="00816772" w14:paraId="27DC6E6F" w14:textId="53B5B62D" w:rsidTr="00453CC2">
        <w:tc>
          <w:tcPr>
            <w:tcW w:w="2376" w:type="dxa"/>
          </w:tcPr>
          <w:p w14:paraId="6ABD8B10" w14:textId="77777777" w:rsidR="00816772" w:rsidRDefault="00816772">
            <w:r>
              <w:t>Date &amp; Place of Birth</w:t>
            </w:r>
          </w:p>
        </w:tc>
        <w:tc>
          <w:tcPr>
            <w:tcW w:w="3132" w:type="dxa"/>
          </w:tcPr>
          <w:p w14:paraId="79D02BA1" w14:textId="77777777" w:rsidR="00816772" w:rsidRDefault="00816772"/>
        </w:tc>
        <w:tc>
          <w:tcPr>
            <w:tcW w:w="3132" w:type="dxa"/>
          </w:tcPr>
          <w:p w14:paraId="048CC7DF" w14:textId="313C853C" w:rsidR="00816772" w:rsidRDefault="00816772"/>
        </w:tc>
        <w:tc>
          <w:tcPr>
            <w:tcW w:w="4509" w:type="dxa"/>
          </w:tcPr>
          <w:p w14:paraId="7D1ABE33" w14:textId="77777777" w:rsidR="00816772" w:rsidRDefault="00816772"/>
        </w:tc>
      </w:tr>
      <w:tr w:rsidR="00816772" w14:paraId="7798A06C" w14:textId="05FFB346" w:rsidTr="00816772">
        <w:tc>
          <w:tcPr>
            <w:tcW w:w="2376" w:type="dxa"/>
          </w:tcPr>
          <w:p w14:paraId="4E85698C" w14:textId="77777777" w:rsidR="00816772" w:rsidRDefault="00816772">
            <w:r>
              <w:t>Other Notes</w:t>
            </w:r>
          </w:p>
        </w:tc>
        <w:tc>
          <w:tcPr>
            <w:tcW w:w="6264" w:type="dxa"/>
            <w:gridSpan w:val="2"/>
          </w:tcPr>
          <w:p w14:paraId="6F2EF5CD" w14:textId="77777777" w:rsidR="00816772" w:rsidRDefault="00816772"/>
        </w:tc>
        <w:tc>
          <w:tcPr>
            <w:tcW w:w="4509" w:type="dxa"/>
          </w:tcPr>
          <w:p w14:paraId="3D8D4AF0" w14:textId="77777777" w:rsidR="00816772" w:rsidRDefault="00816772"/>
        </w:tc>
      </w:tr>
      <w:tr w:rsidR="00816772" w14:paraId="27E9234D" w14:textId="7080B01A" w:rsidTr="00816772">
        <w:tc>
          <w:tcPr>
            <w:tcW w:w="2376" w:type="dxa"/>
          </w:tcPr>
          <w:p w14:paraId="354F3F41" w14:textId="77777777" w:rsidR="00816772" w:rsidRDefault="00816772">
            <w:r>
              <w:t>Child 2 - Name</w:t>
            </w:r>
          </w:p>
        </w:tc>
        <w:tc>
          <w:tcPr>
            <w:tcW w:w="6264" w:type="dxa"/>
            <w:gridSpan w:val="2"/>
          </w:tcPr>
          <w:p w14:paraId="3C3A695F" w14:textId="77777777" w:rsidR="00816772" w:rsidRDefault="00816772"/>
        </w:tc>
        <w:tc>
          <w:tcPr>
            <w:tcW w:w="4509" w:type="dxa"/>
          </w:tcPr>
          <w:p w14:paraId="13F0CA43" w14:textId="77777777" w:rsidR="00816772" w:rsidRDefault="00816772"/>
        </w:tc>
      </w:tr>
      <w:tr w:rsidR="00816772" w14:paraId="54972345" w14:textId="178C26B6" w:rsidTr="002C5945">
        <w:tc>
          <w:tcPr>
            <w:tcW w:w="2376" w:type="dxa"/>
          </w:tcPr>
          <w:p w14:paraId="35FC06E2" w14:textId="77777777" w:rsidR="00816772" w:rsidRDefault="00816772">
            <w:r>
              <w:t>Date &amp; Place of Birth</w:t>
            </w:r>
          </w:p>
        </w:tc>
        <w:tc>
          <w:tcPr>
            <w:tcW w:w="3132" w:type="dxa"/>
          </w:tcPr>
          <w:p w14:paraId="3A93C468" w14:textId="77777777" w:rsidR="00816772" w:rsidRDefault="00816772"/>
        </w:tc>
        <w:tc>
          <w:tcPr>
            <w:tcW w:w="3132" w:type="dxa"/>
          </w:tcPr>
          <w:p w14:paraId="20A0D1A3" w14:textId="7B5D04F2" w:rsidR="00816772" w:rsidRDefault="00816772"/>
        </w:tc>
        <w:tc>
          <w:tcPr>
            <w:tcW w:w="4509" w:type="dxa"/>
          </w:tcPr>
          <w:p w14:paraId="76B5DAB2" w14:textId="77777777" w:rsidR="00816772" w:rsidRDefault="00816772"/>
        </w:tc>
      </w:tr>
      <w:tr w:rsidR="00816772" w14:paraId="4A900274" w14:textId="3993E2EA" w:rsidTr="00816772">
        <w:tc>
          <w:tcPr>
            <w:tcW w:w="2376" w:type="dxa"/>
          </w:tcPr>
          <w:p w14:paraId="4530EBBA" w14:textId="77777777" w:rsidR="00816772" w:rsidRDefault="00816772">
            <w:r>
              <w:t>Other Notes</w:t>
            </w:r>
          </w:p>
        </w:tc>
        <w:tc>
          <w:tcPr>
            <w:tcW w:w="6264" w:type="dxa"/>
            <w:gridSpan w:val="2"/>
          </w:tcPr>
          <w:p w14:paraId="00D01A5D" w14:textId="77777777" w:rsidR="00816772" w:rsidRDefault="00816772"/>
        </w:tc>
        <w:tc>
          <w:tcPr>
            <w:tcW w:w="4509" w:type="dxa"/>
          </w:tcPr>
          <w:p w14:paraId="7974F569" w14:textId="77777777" w:rsidR="00816772" w:rsidRDefault="00816772"/>
        </w:tc>
      </w:tr>
    </w:tbl>
    <w:p w14:paraId="253E465C" w14:textId="560A6129" w:rsidR="00323DA4" w:rsidRDefault="00323DA4" w:rsidP="00323DA4">
      <w:pPr>
        <w:pStyle w:val="Heading1"/>
      </w:pPr>
      <w:r>
        <w:lastRenderedPageBreak/>
        <w:t>4.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3685"/>
        <w:gridCol w:w="1161"/>
        <w:gridCol w:w="4509"/>
      </w:tblGrid>
      <w:tr w:rsidR="00323DA4" w:rsidRPr="001228A2" w14:paraId="27817BAE" w14:textId="77777777" w:rsidTr="00323DA4">
        <w:tc>
          <w:tcPr>
            <w:tcW w:w="3794" w:type="dxa"/>
            <w:shd w:val="clear" w:color="auto" w:fill="0070C0"/>
          </w:tcPr>
          <w:p w14:paraId="611E002D" w14:textId="77777777" w:rsidR="00323DA4" w:rsidRPr="001228A2" w:rsidRDefault="00323DA4" w:rsidP="001B70C2">
            <w:pPr>
              <w:rPr>
                <w:b/>
                <w:bCs/>
                <w:color w:val="FFFFFF" w:themeColor="background1"/>
              </w:rPr>
            </w:pPr>
            <w:r w:rsidRPr="001228A2">
              <w:rPr>
                <w:b/>
                <w:bCs/>
                <w:color w:val="FFFFFF" w:themeColor="background1"/>
              </w:rPr>
              <w:t>Field</w:t>
            </w:r>
          </w:p>
        </w:tc>
        <w:tc>
          <w:tcPr>
            <w:tcW w:w="3685" w:type="dxa"/>
            <w:shd w:val="clear" w:color="auto" w:fill="0070C0"/>
          </w:tcPr>
          <w:p w14:paraId="6B249381" w14:textId="77777777" w:rsidR="00323DA4" w:rsidRPr="001228A2" w:rsidRDefault="00323DA4" w:rsidP="001B70C2">
            <w:pPr>
              <w:rPr>
                <w:b/>
                <w:bCs/>
                <w:color w:val="FFFFFF" w:themeColor="background1"/>
              </w:rPr>
            </w:pPr>
            <w:r w:rsidRPr="001228A2">
              <w:rPr>
                <w:b/>
                <w:bCs/>
                <w:color w:val="FFFFFF" w:themeColor="background1"/>
              </w:rPr>
              <w:t>Information</w:t>
            </w:r>
          </w:p>
        </w:tc>
        <w:tc>
          <w:tcPr>
            <w:tcW w:w="1161" w:type="dxa"/>
            <w:shd w:val="clear" w:color="auto" w:fill="0070C0"/>
          </w:tcPr>
          <w:p w14:paraId="56F9A67F" w14:textId="788CCFA9" w:rsidR="00323DA4" w:rsidRPr="001228A2" w:rsidRDefault="00323DA4" w:rsidP="001B70C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4509" w:type="dxa"/>
            <w:shd w:val="clear" w:color="auto" w:fill="0070C0"/>
          </w:tcPr>
          <w:p w14:paraId="42754269" w14:textId="77777777" w:rsidR="00323DA4" w:rsidRPr="001228A2" w:rsidRDefault="00323DA4" w:rsidP="001B70C2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Data Source/Citation</w:t>
            </w:r>
          </w:p>
        </w:tc>
      </w:tr>
      <w:tr w:rsidR="00323DA4" w14:paraId="4B127DA8" w14:textId="77777777" w:rsidTr="001B70C2">
        <w:tc>
          <w:tcPr>
            <w:tcW w:w="3794" w:type="dxa"/>
          </w:tcPr>
          <w:p w14:paraId="2D728B44" w14:textId="77777777" w:rsidR="00323DA4" w:rsidRDefault="00323DA4" w:rsidP="001B70C2">
            <w:r>
              <w:t>Schools &amp; dates attended</w:t>
            </w:r>
          </w:p>
        </w:tc>
        <w:tc>
          <w:tcPr>
            <w:tcW w:w="3685" w:type="dxa"/>
          </w:tcPr>
          <w:p w14:paraId="1E558D5E" w14:textId="77777777" w:rsidR="00323DA4" w:rsidRDefault="00323DA4" w:rsidP="001B70C2"/>
        </w:tc>
        <w:tc>
          <w:tcPr>
            <w:tcW w:w="1161" w:type="dxa"/>
          </w:tcPr>
          <w:p w14:paraId="531D0492" w14:textId="77777777" w:rsidR="00323DA4" w:rsidRDefault="00323DA4" w:rsidP="001B70C2"/>
        </w:tc>
        <w:tc>
          <w:tcPr>
            <w:tcW w:w="4509" w:type="dxa"/>
          </w:tcPr>
          <w:p w14:paraId="1B454270" w14:textId="77777777" w:rsidR="00323DA4" w:rsidRDefault="00323DA4" w:rsidP="001B70C2"/>
        </w:tc>
      </w:tr>
      <w:tr w:rsidR="00323DA4" w14:paraId="2EB85488" w14:textId="77777777" w:rsidTr="001B70C2">
        <w:tc>
          <w:tcPr>
            <w:tcW w:w="3794" w:type="dxa"/>
          </w:tcPr>
          <w:p w14:paraId="1F6B6E00" w14:textId="77777777" w:rsidR="00323DA4" w:rsidRDefault="00323DA4" w:rsidP="001B70C2">
            <w:r>
              <w:t>University of training colleges &amp; dates</w:t>
            </w:r>
          </w:p>
        </w:tc>
        <w:tc>
          <w:tcPr>
            <w:tcW w:w="3685" w:type="dxa"/>
          </w:tcPr>
          <w:p w14:paraId="7767B2EA" w14:textId="77777777" w:rsidR="00323DA4" w:rsidRDefault="00323DA4" w:rsidP="001B70C2"/>
        </w:tc>
        <w:tc>
          <w:tcPr>
            <w:tcW w:w="1161" w:type="dxa"/>
          </w:tcPr>
          <w:p w14:paraId="6047AEB2" w14:textId="77777777" w:rsidR="00323DA4" w:rsidRDefault="00323DA4" w:rsidP="001B70C2"/>
        </w:tc>
        <w:tc>
          <w:tcPr>
            <w:tcW w:w="4509" w:type="dxa"/>
          </w:tcPr>
          <w:p w14:paraId="3905CDE3" w14:textId="77777777" w:rsidR="00323DA4" w:rsidRDefault="00323DA4" w:rsidP="001B70C2"/>
        </w:tc>
      </w:tr>
      <w:tr w:rsidR="00323DA4" w14:paraId="79FFEBDF" w14:textId="77777777" w:rsidTr="001B70C2">
        <w:tc>
          <w:tcPr>
            <w:tcW w:w="3794" w:type="dxa"/>
          </w:tcPr>
          <w:p w14:paraId="5C0CB82C" w14:textId="2D5FCBF6" w:rsidR="00323DA4" w:rsidRDefault="00323DA4" w:rsidP="001B70C2">
            <w:r>
              <w:t>Awards &amp; dates</w:t>
            </w:r>
          </w:p>
        </w:tc>
        <w:tc>
          <w:tcPr>
            <w:tcW w:w="3685" w:type="dxa"/>
          </w:tcPr>
          <w:p w14:paraId="6F024699" w14:textId="77777777" w:rsidR="00323DA4" w:rsidRDefault="00323DA4" w:rsidP="001B70C2"/>
        </w:tc>
        <w:tc>
          <w:tcPr>
            <w:tcW w:w="1161" w:type="dxa"/>
          </w:tcPr>
          <w:p w14:paraId="455B5AE3" w14:textId="77777777" w:rsidR="00323DA4" w:rsidRDefault="00323DA4" w:rsidP="001B70C2"/>
        </w:tc>
        <w:tc>
          <w:tcPr>
            <w:tcW w:w="4509" w:type="dxa"/>
          </w:tcPr>
          <w:p w14:paraId="5CBA8151" w14:textId="77777777" w:rsidR="00323DA4" w:rsidRDefault="00323DA4" w:rsidP="001B70C2"/>
        </w:tc>
      </w:tr>
    </w:tbl>
    <w:p w14:paraId="11BAFD7A" w14:textId="5B74D6B9" w:rsidR="009F2968" w:rsidRDefault="00323DA4">
      <w:pPr>
        <w:pStyle w:val="Heading1"/>
      </w:pPr>
      <w:r>
        <w:t>5. Occupation and</w:t>
      </w:r>
      <w:r w:rsidR="00816772">
        <w:t>/or Military Service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4110"/>
        <w:gridCol w:w="1161"/>
        <w:gridCol w:w="4509"/>
      </w:tblGrid>
      <w:tr w:rsidR="00323DA4" w:rsidRPr="001228A2" w14:paraId="71379464" w14:textId="77777777" w:rsidTr="00323DA4">
        <w:tc>
          <w:tcPr>
            <w:tcW w:w="3369" w:type="dxa"/>
            <w:shd w:val="clear" w:color="auto" w:fill="0070C0"/>
          </w:tcPr>
          <w:p w14:paraId="21DE670D" w14:textId="77777777" w:rsidR="00323DA4" w:rsidRPr="001228A2" w:rsidRDefault="00323DA4" w:rsidP="00721BD4">
            <w:pPr>
              <w:rPr>
                <w:b/>
                <w:bCs/>
                <w:color w:val="FFFFFF" w:themeColor="background1"/>
              </w:rPr>
            </w:pPr>
            <w:bookmarkStart w:id="2" w:name="_Hlk199749806"/>
            <w:r w:rsidRPr="001228A2">
              <w:rPr>
                <w:b/>
                <w:bCs/>
                <w:color w:val="FFFFFF" w:themeColor="background1"/>
              </w:rPr>
              <w:t>Field</w:t>
            </w:r>
          </w:p>
        </w:tc>
        <w:tc>
          <w:tcPr>
            <w:tcW w:w="4110" w:type="dxa"/>
            <w:shd w:val="clear" w:color="auto" w:fill="0070C0"/>
          </w:tcPr>
          <w:p w14:paraId="53480797" w14:textId="77777777" w:rsidR="00323DA4" w:rsidRPr="001228A2" w:rsidRDefault="00323DA4" w:rsidP="00721BD4">
            <w:pPr>
              <w:rPr>
                <w:b/>
                <w:bCs/>
                <w:color w:val="FFFFFF" w:themeColor="background1"/>
              </w:rPr>
            </w:pPr>
            <w:r w:rsidRPr="001228A2">
              <w:rPr>
                <w:b/>
                <w:bCs/>
                <w:color w:val="FFFFFF" w:themeColor="background1"/>
              </w:rPr>
              <w:t>Information</w:t>
            </w:r>
          </w:p>
        </w:tc>
        <w:tc>
          <w:tcPr>
            <w:tcW w:w="1161" w:type="dxa"/>
            <w:shd w:val="clear" w:color="auto" w:fill="0070C0"/>
          </w:tcPr>
          <w:p w14:paraId="6C242D12" w14:textId="22896F61" w:rsidR="00323DA4" w:rsidRPr="001228A2" w:rsidRDefault="00323DA4" w:rsidP="00721BD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Date</w:t>
            </w:r>
          </w:p>
        </w:tc>
        <w:tc>
          <w:tcPr>
            <w:tcW w:w="4509" w:type="dxa"/>
            <w:shd w:val="clear" w:color="auto" w:fill="0070C0"/>
          </w:tcPr>
          <w:p w14:paraId="42E1F317" w14:textId="6FCA4A76" w:rsidR="00323DA4" w:rsidRPr="001228A2" w:rsidRDefault="00323DA4" w:rsidP="00721BD4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Data Source/Citation</w:t>
            </w:r>
          </w:p>
        </w:tc>
      </w:tr>
      <w:bookmarkEnd w:id="2"/>
      <w:tr w:rsidR="00816772" w14:paraId="779109E3" w14:textId="70AFDD51" w:rsidTr="00253C25">
        <w:tc>
          <w:tcPr>
            <w:tcW w:w="3369" w:type="dxa"/>
          </w:tcPr>
          <w:p w14:paraId="273F2D8A" w14:textId="4FDE5C7D" w:rsidR="00816772" w:rsidRDefault="00816772">
            <w:r>
              <w:t>Main Occupation(s) &amp; dates</w:t>
            </w:r>
          </w:p>
        </w:tc>
        <w:tc>
          <w:tcPr>
            <w:tcW w:w="4110" w:type="dxa"/>
          </w:tcPr>
          <w:p w14:paraId="38AC2DE1" w14:textId="77777777" w:rsidR="00816772" w:rsidRDefault="00816772"/>
        </w:tc>
        <w:tc>
          <w:tcPr>
            <w:tcW w:w="1161" w:type="dxa"/>
          </w:tcPr>
          <w:p w14:paraId="3DC2DC7A" w14:textId="65102D71" w:rsidR="00816772" w:rsidRDefault="00816772"/>
        </w:tc>
        <w:tc>
          <w:tcPr>
            <w:tcW w:w="4509" w:type="dxa"/>
          </w:tcPr>
          <w:p w14:paraId="25CA5CBF" w14:textId="77777777" w:rsidR="00816772" w:rsidRDefault="00816772"/>
        </w:tc>
      </w:tr>
      <w:tr w:rsidR="00816772" w14:paraId="5AE28EB6" w14:textId="5F54C9A7" w:rsidTr="00253C25">
        <w:tc>
          <w:tcPr>
            <w:tcW w:w="3369" w:type="dxa"/>
          </w:tcPr>
          <w:p w14:paraId="123533F1" w14:textId="228BBC5F" w:rsidR="00816772" w:rsidRDefault="00816772">
            <w:r>
              <w:t>Military Service (</w:t>
            </w:r>
            <w:r w:rsidR="00323DA4">
              <w:t>unit, rank</w:t>
            </w:r>
            <w:r>
              <w:t>) &amp; dates</w:t>
            </w:r>
          </w:p>
        </w:tc>
        <w:tc>
          <w:tcPr>
            <w:tcW w:w="4110" w:type="dxa"/>
          </w:tcPr>
          <w:p w14:paraId="7E5064CD" w14:textId="77777777" w:rsidR="00816772" w:rsidRDefault="00816772"/>
        </w:tc>
        <w:tc>
          <w:tcPr>
            <w:tcW w:w="1161" w:type="dxa"/>
          </w:tcPr>
          <w:p w14:paraId="1E165C60" w14:textId="4897B039" w:rsidR="00816772" w:rsidRDefault="00816772"/>
        </w:tc>
        <w:tc>
          <w:tcPr>
            <w:tcW w:w="4509" w:type="dxa"/>
          </w:tcPr>
          <w:p w14:paraId="52C8E355" w14:textId="77777777" w:rsidR="00816772" w:rsidRDefault="00816772"/>
        </w:tc>
      </w:tr>
      <w:tr w:rsidR="00323DA4" w14:paraId="5B8BBDE9" w14:textId="77777777" w:rsidTr="00323DA4">
        <w:tc>
          <w:tcPr>
            <w:tcW w:w="3369" w:type="dxa"/>
          </w:tcPr>
          <w:p w14:paraId="756C3A05" w14:textId="1B211215" w:rsidR="00323DA4" w:rsidRDefault="00323DA4">
            <w:r>
              <w:t>Notable Roles e.g. church warden etc</w:t>
            </w:r>
          </w:p>
        </w:tc>
        <w:tc>
          <w:tcPr>
            <w:tcW w:w="4110" w:type="dxa"/>
          </w:tcPr>
          <w:p w14:paraId="24334484" w14:textId="77777777" w:rsidR="00323DA4" w:rsidRDefault="00323DA4"/>
        </w:tc>
        <w:tc>
          <w:tcPr>
            <w:tcW w:w="1161" w:type="dxa"/>
          </w:tcPr>
          <w:p w14:paraId="53FAC009" w14:textId="1EF1255E" w:rsidR="00323DA4" w:rsidRDefault="00323DA4"/>
        </w:tc>
        <w:tc>
          <w:tcPr>
            <w:tcW w:w="4509" w:type="dxa"/>
          </w:tcPr>
          <w:p w14:paraId="55A5FA9A" w14:textId="77777777" w:rsidR="00323DA4" w:rsidRDefault="00323DA4"/>
        </w:tc>
      </w:tr>
    </w:tbl>
    <w:p w14:paraId="255DC1E3" w14:textId="77777777" w:rsidR="009F2968" w:rsidRDefault="00000000">
      <w:pPr>
        <w:pStyle w:val="Heading1"/>
      </w:pPr>
      <w:r>
        <w:t>6. Notes and 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253C25" w:rsidRPr="00253C25" w14:paraId="7C2A7905" w14:textId="47D07CE9" w:rsidTr="00253C25">
        <w:tc>
          <w:tcPr>
            <w:tcW w:w="4320" w:type="dxa"/>
            <w:shd w:val="clear" w:color="auto" w:fill="0070C0"/>
          </w:tcPr>
          <w:p w14:paraId="18E3DFF5" w14:textId="5F6A3D9B" w:rsidR="00253C25" w:rsidRPr="00253C25" w:rsidRDefault="00253C25">
            <w:pPr>
              <w:rPr>
                <w:b/>
                <w:bCs/>
                <w:color w:val="FFFFFF" w:themeColor="background1"/>
              </w:rPr>
            </w:pPr>
            <w:r w:rsidRPr="00253C25">
              <w:rPr>
                <w:b/>
                <w:bCs/>
                <w:color w:val="FFFFFF" w:themeColor="background1"/>
              </w:rPr>
              <w:t>Sources</w:t>
            </w:r>
          </w:p>
        </w:tc>
        <w:tc>
          <w:tcPr>
            <w:tcW w:w="4320" w:type="dxa"/>
            <w:shd w:val="clear" w:color="auto" w:fill="0070C0"/>
          </w:tcPr>
          <w:p w14:paraId="79138035" w14:textId="77777777" w:rsidR="00253C25" w:rsidRPr="00253C25" w:rsidRDefault="00253C25">
            <w:pPr>
              <w:rPr>
                <w:b/>
                <w:bCs/>
                <w:color w:val="FFFFFF" w:themeColor="background1"/>
              </w:rPr>
            </w:pPr>
            <w:r w:rsidRPr="00253C25">
              <w:rPr>
                <w:b/>
                <w:bCs/>
                <w:color w:val="FFFFFF" w:themeColor="background1"/>
              </w:rPr>
              <w:t>Information</w:t>
            </w:r>
          </w:p>
        </w:tc>
        <w:tc>
          <w:tcPr>
            <w:tcW w:w="4320" w:type="dxa"/>
            <w:shd w:val="clear" w:color="auto" w:fill="0070C0"/>
          </w:tcPr>
          <w:p w14:paraId="2454C3D3" w14:textId="71145B05" w:rsidR="00253C25" w:rsidRPr="00253C25" w:rsidRDefault="00253C25">
            <w:pPr>
              <w:rPr>
                <w:b/>
                <w:bCs/>
                <w:color w:val="FFFFFF" w:themeColor="background1"/>
              </w:rPr>
            </w:pPr>
            <w:r w:rsidRPr="00253C25">
              <w:rPr>
                <w:b/>
                <w:bCs/>
                <w:color w:val="FFFFFF" w:themeColor="background1"/>
              </w:rPr>
              <w:t>Data Source/Citation</w:t>
            </w:r>
          </w:p>
        </w:tc>
      </w:tr>
      <w:tr w:rsidR="00253C25" w14:paraId="38325F3C" w14:textId="62E92C93" w:rsidTr="00D425FE">
        <w:tc>
          <w:tcPr>
            <w:tcW w:w="4320" w:type="dxa"/>
          </w:tcPr>
          <w:p w14:paraId="0471BA1E" w14:textId="77777777" w:rsidR="00253C25" w:rsidRDefault="00253C25">
            <w:r>
              <w:t>Family Stories / Oral History</w:t>
            </w:r>
          </w:p>
        </w:tc>
        <w:tc>
          <w:tcPr>
            <w:tcW w:w="4320" w:type="dxa"/>
          </w:tcPr>
          <w:p w14:paraId="19FDC9C6" w14:textId="77777777" w:rsidR="00253C25" w:rsidRDefault="00253C25"/>
        </w:tc>
        <w:tc>
          <w:tcPr>
            <w:tcW w:w="4320" w:type="dxa"/>
          </w:tcPr>
          <w:p w14:paraId="265FE2B7" w14:textId="77777777" w:rsidR="00253C25" w:rsidRDefault="00253C25"/>
        </w:tc>
      </w:tr>
      <w:tr w:rsidR="00323DA4" w14:paraId="687E65F9" w14:textId="77777777" w:rsidTr="00D425FE">
        <w:tc>
          <w:tcPr>
            <w:tcW w:w="4320" w:type="dxa"/>
          </w:tcPr>
          <w:p w14:paraId="03A75E3D" w14:textId="017BC9E8" w:rsidR="00323DA4" w:rsidRDefault="00323DA4">
            <w:r>
              <w:t>Personal Interest/Hobbies</w:t>
            </w:r>
          </w:p>
        </w:tc>
        <w:tc>
          <w:tcPr>
            <w:tcW w:w="4320" w:type="dxa"/>
          </w:tcPr>
          <w:p w14:paraId="46D6F4A5" w14:textId="77777777" w:rsidR="00323DA4" w:rsidRDefault="00323DA4"/>
        </w:tc>
        <w:tc>
          <w:tcPr>
            <w:tcW w:w="4320" w:type="dxa"/>
          </w:tcPr>
          <w:p w14:paraId="3F743768" w14:textId="77777777" w:rsidR="00323DA4" w:rsidRDefault="00323DA4"/>
        </w:tc>
      </w:tr>
      <w:tr w:rsidR="00253C25" w14:paraId="0BC0D3A5" w14:textId="47893BC1" w:rsidTr="00D425FE">
        <w:tc>
          <w:tcPr>
            <w:tcW w:w="4320" w:type="dxa"/>
          </w:tcPr>
          <w:p w14:paraId="7F7C645F" w14:textId="77777777" w:rsidR="00253C25" w:rsidRDefault="00253C25">
            <w:r>
              <w:t>Photographs / Documents Held</w:t>
            </w:r>
          </w:p>
        </w:tc>
        <w:tc>
          <w:tcPr>
            <w:tcW w:w="4320" w:type="dxa"/>
          </w:tcPr>
          <w:p w14:paraId="6223A013" w14:textId="77777777" w:rsidR="00253C25" w:rsidRDefault="00253C25"/>
        </w:tc>
        <w:tc>
          <w:tcPr>
            <w:tcW w:w="4320" w:type="dxa"/>
          </w:tcPr>
          <w:p w14:paraId="76C63A92" w14:textId="77777777" w:rsidR="00253C25" w:rsidRDefault="00253C25"/>
        </w:tc>
      </w:tr>
      <w:tr w:rsidR="00253C25" w14:paraId="77C38BD1" w14:textId="2DC1DC9D" w:rsidTr="00D425FE">
        <w:tc>
          <w:tcPr>
            <w:tcW w:w="4320" w:type="dxa"/>
          </w:tcPr>
          <w:p w14:paraId="7F841324" w14:textId="77777777" w:rsidR="00253C25" w:rsidRDefault="00253C25">
            <w:r>
              <w:t>Census Records Found (Years &amp; Locations)</w:t>
            </w:r>
          </w:p>
        </w:tc>
        <w:tc>
          <w:tcPr>
            <w:tcW w:w="4320" w:type="dxa"/>
          </w:tcPr>
          <w:p w14:paraId="08DF40BF" w14:textId="77777777" w:rsidR="00253C25" w:rsidRDefault="00253C25"/>
        </w:tc>
        <w:tc>
          <w:tcPr>
            <w:tcW w:w="4320" w:type="dxa"/>
          </w:tcPr>
          <w:p w14:paraId="01394A55" w14:textId="77777777" w:rsidR="00253C25" w:rsidRDefault="00253C25"/>
        </w:tc>
      </w:tr>
      <w:tr w:rsidR="00253C25" w14:paraId="29DD4EDC" w14:textId="0DE54373" w:rsidTr="00D425FE">
        <w:tc>
          <w:tcPr>
            <w:tcW w:w="4320" w:type="dxa"/>
          </w:tcPr>
          <w:p w14:paraId="23D7C61E" w14:textId="77777777" w:rsidR="00253C25" w:rsidRDefault="00253C25">
            <w:r>
              <w:t>Other Historical Sources (e.g. wills, parish registers, military records)</w:t>
            </w:r>
          </w:p>
        </w:tc>
        <w:tc>
          <w:tcPr>
            <w:tcW w:w="4320" w:type="dxa"/>
          </w:tcPr>
          <w:p w14:paraId="27D823AC" w14:textId="77777777" w:rsidR="00253C25" w:rsidRDefault="00253C25"/>
        </w:tc>
        <w:tc>
          <w:tcPr>
            <w:tcW w:w="4320" w:type="dxa"/>
          </w:tcPr>
          <w:p w14:paraId="2F593878" w14:textId="77777777" w:rsidR="00253C25" w:rsidRDefault="00253C25"/>
        </w:tc>
      </w:tr>
      <w:tr w:rsidR="00253C25" w14:paraId="7C72614E" w14:textId="0CD82096" w:rsidTr="00D425FE">
        <w:tc>
          <w:tcPr>
            <w:tcW w:w="4320" w:type="dxa"/>
          </w:tcPr>
          <w:p w14:paraId="2A270B71" w14:textId="77777777" w:rsidR="00253C25" w:rsidRDefault="00253C25">
            <w:r>
              <w:t>Further Notes</w:t>
            </w:r>
          </w:p>
        </w:tc>
        <w:tc>
          <w:tcPr>
            <w:tcW w:w="4320" w:type="dxa"/>
          </w:tcPr>
          <w:p w14:paraId="36EEA666" w14:textId="77777777" w:rsidR="00253C25" w:rsidRDefault="00253C25"/>
        </w:tc>
        <w:tc>
          <w:tcPr>
            <w:tcW w:w="4320" w:type="dxa"/>
          </w:tcPr>
          <w:p w14:paraId="5A66D32D" w14:textId="77777777" w:rsidR="00253C25" w:rsidRDefault="00253C25"/>
        </w:tc>
      </w:tr>
    </w:tbl>
    <w:p w14:paraId="49947291" w14:textId="02C46E2F" w:rsidR="00253C25" w:rsidRDefault="00253C25" w:rsidP="00253C25">
      <w:pPr>
        <w:pStyle w:val="Heading1"/>
      </w:pPr>
      <w:r>
        <w:t>7. Timeline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1"/>
        <w:gridCol w:w="3120"/>
        <w:gridCol w:w="2444"/>
        <w:gridCol w:w="2896"/>
        <w:gridCol w:w="3115"/>
      </w:tblGrid>
      <w:tr w:rsidR="00253C25" w:rsidRPr="00253C25" w14:paraId="798B135D" w14:textId="77777777" w:rsidTr="00323DA4">
        <w:tc>
          <w:tcPr>
            <w:tcW w:w="1601" w:type="dxa"/>
            <w:shd w:val="clear" w:color="auto" w:fill="0070C0"/>
          </w:tcPr>
          <w:p w14:paraId="5EFBFE37" w14:textId="40781219" w:rsidR="00253C25" w:rsidRPr="00253C25" w:rsidRDefault="00253C25" w:rsidP="00721BD4">
            <w:pPr>
              <w:rPr>
                <w:b/>
                <w:bCs/>
                <w:color w:val="FFFFFF" w:themeColor="background1"/>
              </w:rPr>
            </w:pPr>
            <w:r w:rsidRPr="00253C25">
              <w:rPr>
                <w:b/>
                <w:bCs/>
                <w:color w:val="FFFFFF" w:themeColor="background1"/>
              </w:rPr>
              <w:t>Date (in chronological order)</w:t>
            </w:r>
          </w:p>
        </w:tc>
        <w:tc>
          <w:tcPr>
            <w:tcW w:w="3120" w:type="dxa"/>
            <w:shd w:val="clear" w:color="auto" w:fill="0070C0"/>
          </w:tcPr>
          <w:p w14:paraId="7D5CF442" w14:textId="77777777" w:rsidR="00253C25" w:rsidRPr="00253C25" w:rsidRDefault="00253C25" w:rsidP="00721BD4">
            <w:pPr>
              <w:rPr>
                <w:b/>
                <w:bCs/>
                <w:color w:val="FFFFFF" w:themeColor="background1"/>
              </w:rPr>
            </w:pPr>
            <w:r w:rsidRPr="00253C25">
              <w:rPr>
                <w:b/>
                <w:bCs/>
                <w:color w:val="FFFFFF" w:themeColor="background1"/>
              </w:rPr>
              <w:t>Event</w:t>
            </w:r>
          </w:p>
          <w:p w14:paraId="22534BB9" w14:textId="0473185C" w:rsidR="00253C25" w:rsidRPr="00253C25" w:rsidRDefault="00253C25" w:rsidP="00721BD4">
            <w:pPr>
              <w:rPr>
                <w:b/>
                <w:bCs/>
                <w:color w:val="FFFFFF" w:themeColor="background1"/>
              </w:rPr>
            </w:pPr>
            <w:r w:rsidRPr="00253C25">
              <w:rPr>
                <w:b/>
                <w:bCs/>
                <w:color w:val="FFFFFF" w:themeColor="background1"/>
              </w:rPr>
              <w:t>e.g. birth, marriage, death, census, trade Directory etc..</w:t>
            </w:r>
          </w:p>
        </w:tc>
        <w:tc>
          <w:tcPr>
            <w:tcW w:w="2444" w:type="dxa"/>
            <w:shd w:val="clear" w:color="auto" w:fill="0070C0"/>
          </w:tcPr>
          <w:p w14:paraId="0865AF67" w14:textId="77777777" w:rsidR="00253C25" w:rsidRPr="00253C25" w:rsidRDefault="00253C25" w:rsidP="00721BD4">
            <w:pPr>
              <w:rPr>
                <w:b/>
                <w:bCs/>
                <w:color w:val="FFFFFF" w:themeColor="background1"/>
              </w:rPr>
            </w:pPr>
            <w:r w:rsidRPr="00253C25">
              <w:rPr>
                <w:b/>
                <w:bCs/>
                <w:color w:val="FFFFFF" w:themeColor="background1"/>
              </w:rPr>
              <w:t xml:space="preserve">Place </w:t>
            </w:r>
          </w:p>
          <w:p w14:paraId="04546025" w14:textId="5231FA24" w:rsidR="00253C25" w:rsidRPr="00253C25" w:rsidRDefault="00253C25" w:rsidP="00721BD4">
            <w:pPr>
              <w:rPr>
                <w:b/>
                <w:bCs/>
                <w:color w:val="FFFFFF" w:themeColor="background1"/>
              </w:rPr>
            </w:pPr>
            <w:r w:rsidRPr="00253C25">
              <w:rPr>
                <w:b/>
                <w:bCs/>
                <w:color w:val="FFFFFF" w:themeColor="background1"/>
              </w:rPr>
              <w:t xml:space="preserve">Parish or town </w:t>
            </w:r>
          </w:p>
        </w:tc>
        <w:tc>
          <w:tcPr>
            <w:tcW w:w="2896" w:type="dxa"/>
            <w:shd w:val="clear" w:color="auto" w:fill="0070C0"/>
          </w:tcPr>
          <w:p w14:paraId="6F1679EA" w14:textId="10531B58" w:rsidR="00253C25" w:rsidRPr="00253C25" w:rsidRDefault="00253C25" w:rsidP="00721BD4">
            <w:pPr>
              <w:rPr>
                <w:b/>
                <w:bCs/>
                <w:color w:val="FFFFFF" w:themeColor="background1"/>
              </w:rPr>
            </w:pPr>
            <w:r w:rsidRPr="00253C25">
              <w:rPr>
                <w:b/>
                <w:bCs/>
                <w:color w:val="FFFFFF" w:themeColor="background1"/>
              </w:rPr>
              <w:t>Address</w:t>
            </w:r>
          </w:p>
        </w:tc>
        <w:tc>
          <w:tcPr>
            <w:tcW w:w="3115" w:type="dxa"/>
            <w:shd w:val="clear" w:color="auto" w:fill="0070C0"/>
          </w:tcPr>
          <w:p w14:paraId="33F92EF4" w14:textId="7424324A" w:rsidR="00253C25" w:rsidRPr="00253C25" w:rsidRDefault="00253C25" w:rsidP="00721BD4">
            <w:pPr>
              <w:rPr>
                <w:b/>
                <w:bCs/>
                <w:color w:val="FFFFFF" w:themeColor="background1"/>
              </w:rPr>
            </w:pPr>
            <w:r w:rsidRPr="00253C25">
              <w:rPr>
                <w:b/>
                <w:bCs/>
                <w:color w:val="FFFFFF" w:themeColor="background1"/>
              </w:rPr>
              <w:t>Data Source/Citation</w:t>
            </w:r>
          </w:p>
        </w:tc>
      </w:tr>
      <w:tr w:rsidR="00253C25" w14:paraId="102E806F" w14:textId="77777777" w:rsidTr="00323DA4">
        <w:tc>
          <w:tcPr>
            <w:tcW w:w="1601" w:type="dxa"/>
          </w:tcPr>
          <w:p w14:paraId="6772D6FC" w14:textId="4E7A313A" w:rsidR="00253C25" w:rsidRDefault="00253C25" w:rsidP="00721BD4"/>
        </w:tc>
        <w:tc>
          <w:tcPr>
            <w:tcW w:w="3120" w:type="dxa"/>
          </w:tcPr>
          <w:p w14:paraId="07316D2D" w14:textId="77777777" w:rsidR="00253C25" w:rsidRDefault="00253C25" w:rsidP="00721BD4"/>
        </w:tc>
        <w:tc>
          <w:tcPr>
            <w:tcW w:w="2444" w:type="dxa"/>
          </w:tcPr>
          <w:p w14:paraId="3BAE79A8" w14:textId="33F633E3" w:rsidR="00253C25" w:rsidRDefault="00253C25" w:rsidP="00721BD4"/>
        </w:tc>
        <w:tc>
          <w:tcPr>
            <w:tcW w:w="2896" w:type="dxa"/>
          </w:tcPr>
          <w:p w14:paraId="31EBFB51" w14:textId="77777777" w:rsidR="00253C25" w:rsidRDefault="00253C25" w:rsidP="00721BD4"/>
        </w:tc>
        <w:tc>
          <w:tcPr>
            <w:tcW w:w="3115" w:type="dxa"/>
          </w:tcPr>
          <w:p w14:paraId="2F7E0264" w14:textId="4C4FF161" w:rsidR="00253C25" w:rsidRDefault="00253C25" w:rsidP="00721BD4"/>
        </w:tc>
      </w:tr>
    </w:tbl>
    <w:p w14:paraId="7C04C8FA" w14:textId="73276682" w:rsidR="00253C25" w:rsidRPr="00253C25" w:rsidRDefault="00253C25" w:rsidP="00323DA4">
      <w:pPr>
        <w:rPr>
          <w:b/>
          <w:bCs/>
        </w:rPr>
      </w:pPr>
    </w:p>
    <w:sectPr w:rsidR="00253C25" w:rsidRPr="00253C25" w:rsidSect="00323DA4">
      <w:footerReference w:type="default" r:id="rId8"/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ABF99" w14:textId="77777777" w:rsidR="00DE785F" w:rsidRDefault="00DE785F" w:rsidP="00323DA4">
      <w:pPr>
        <w:spacing w:after="0" w:line="240" w:lineRule="auto"/>
      </w:pPr>
      <w:r>
        <w:separator/>
      </w:r>
    </w:p>
  </w:endnote>
  <w:endnote w:type="continuationSeparator" w:id="0">
    <w:p w14:paraId="4F1A0A14" w14:textId="77777777" w:rsidR="00DE785F" w:rsidRDefault="00DE785F" w:rsidP="00323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CCE34" w14:textId="2191CAEE" w:rsidR="003445D7" w:rsidRPr="003445D7" w:rsidRDefault="003445D7" w:rsidP="003445D7">
    <w:pPr>
      <w:pStyle w:val="Footer"/>
      <w:rPr>
        <w:color w:val="002060"/>
      </w:rPr>
    </w:pPr>
    <w:r w:rsidRPr="003445D7">
      <w:rPr>
        <w:color w:val="002060"/>
      </w:rPr>
      <w:t xml:space="preserve">IHGS – </w:t>
    </w:r>
    <w:hyperlink r:id="rId1" w:history="1">
      <w:r w:rsidRPr="00953ADD">
        <w:rPr>
          <w:rStyle w:val="Hyperlink"/>
        </w:rPr>
        <w:t>www.ihgs.ac.uk</w:t>
      </w:r>
    </w:hyperlink>
    <w:r>
      <w:rPr>
        <w:color w:val="00206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2EEA2" w14:textId="77777777" w:rsidR="00DE785F" w:rsidRDefault="00DE785F" w:rsidP="00323DA4">
      <w:pPr>
        <w:spacing w:after="0" w:line="240" w:lineRule="auto"/>
      </w:pPr>
      <w:r>
        <w:separator/>
      </w:r>
    </w:p>
  </w:footnote>
  <w:footnote w:type="continuationSeparator" w:id="0">
    <w:p w14:paraId="3D9C4F40" w14:textId="77777777" w:rsidR="00DE785F" w:rsidRDefault="00DE785F" w:rsidP="00323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1589562">
    <w:abstractNumId w:val="8"/>
  </w:num>
  <w:num w:numId="2" w16cid:durableId="175046752">
    <w:abstractNumId w:val="6"/>
  </w:num>
  <w:num w:numId="3" w16cid:durableId="520584095">
    <w:abstractNumId w:val="5"/>
  </w:num>
  <w:num w:numId="4" w16cid:durableId="5404435">
    <w:abstractNumId w:val="4"/>
  </w:num>
  <w:num w:numId="5" w16cid:durableId="1524782780">
    <w:abstractNumId w:val="7"/>
  </w:num>
  <w:num w:numId="6" w16cid:durableId="734357985">
    <w:abstractNumId w:val="3"/>
  </w:num>
  <w:num w:numId="7" w16cid:durableId="2063291588">
    <w:abstractNumId w:val="2"/>
  </w:num>
  <w:num w:numId="8" w16cid:durableId="1713655725">
    <w:abstractNumId w:val="1"/>
  </w:num>
  <w:num w:numId="9" w16cid:durableId="170721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28A2"/>
    <w:rsid w:val="0015074B"/>
    <w:rsid w:val="00212EC0"/>
    <w:rsid w:val="00253C25"/>
    <w:rsid w:val="0029639D"/>
    <w:rsid w:val="00323DA4"/>
    <w:rsid w:val="00326F90"/>
    <w:rsid w:val="003445D7"/>
    <w:rsid w:val="00492330"/>
    <w:rsid w:val="00816772"/>
    <w:rsid w:val="009F2968"/>
    <w:rsid w:val="00AA1D8D"/>
    <w:rsid w:val="00AE59CD"/>
    <w:rsid w:val="00B47730"/>
    <w:rsid w:val="00CB0664"/>
    <w:rsid w:val="00DE785F"/>
    <w:rsid w:val="00F87B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C73AF"/>
  <w14:defaultImageDpi w14:val="300"/>
  <w15:docId w15:val="{29AC96C2-BB4E-4F34-A1EE-259500BD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772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445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5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hgs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Sarah Bulson</cp:lastModifiedBy>
  <cp:revision>2</cp:revision>
  <dcterms:created xsi:type="dcterms:W3CDTF">2025-07-17T08:51:00Z</dcterms:created>
  <dcterms:modified xsi:type="dcterms:W3CDTF">2025-07-17T08:51:00Z</dcterms:modified>
  <cp:category/>
</cp:coreProperties>
</file>